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E9341" w14:textId="77777777" w:rsidR="00F93C5D" w:rsidRPr="00BE2622" w:rsidRDefault="00000000" w:rsidP="00BE2622">
      <w:pPr>
        <w:spacing w:after="60" w:line="240" w:lineRule="auto"/>
        <w:jc w:val="center"/>
        <w:rPr>
          <w:b/>
          <w:bCs/>
        </w:rPr>
      </w:pPr>
      <w:r w:rsidRPr="00BE2622">
        <w:rPr>
          <w:b/>
          <w:bCs/>
        </w:rPr>
        <w:t>Poradnia Psychologiczno-Pedagogicznej Nr 1 w Gdańsku</w:t>
      </w:r>
    </w:p>
    <w:p w14:paraId="2A13E162" w14:textId="77777777" w:rsidR="00F93C5D" w:rsidRDefault="00F93C5D" w:rsidP="00BE2622">
      <w:pPr>
        <w:spacing w:after="60" w:line="240" w:lineRule="auto"/>
        <w:jc w:val="center"/>
      </w:pPr>
    </w:p>
    <w:p w14:paraId="57BA2BFD" w14:textId="77777777" w:rsidR="00F93C5D" w:rsidRPr="00076273" w:rsidRDefault="00000000" w:rsidP="00BE2622">
      <w:pPr>
        <w:spacing w:after="60" w:line="240" w:lineRule="auto"/>
        <w:jc w:val="center"/>
        <w:rPr>
          <w:b/>
          <w:bCs/>
        </w:rPr>
      </w:pPr>
      <w:r w:rsidRPr="00076273">
        <w:rPr>
          <w:b/>
          <w:bCs/>
        </w:rPr>
        <w:t xml:space="preserve">Załącznik nr 1 do Zarządzenia Nr </w:t>
      </w:r>
      <w:r w:rsidRPr="00622311">
        <w:rPr>
          <w:b/>
          <w:bCs/>
          <w:color w:val="EE0000"/>
        </w:rPr>
        <w:t>11/2023-2024</w:t>
      </w:r>
    </w:p>
    <w:p w14:paraId="1C367C61" w14:textId="77777777" w:rsidR="00F93C5D" w:rsidRDefault="00000000" w:rsidP="00BE2622">
      <w:pPr>
        <w:spacing w:after="60" w:line="240" w:lineRule="auto"/>
        <w:jc w:val="center"/>
      </w:pPr>
      <w:r>
        <w:t xml:space="preserve">Dyrektora Poradni Psychologiczno-Pedagogicznej nr 1 w Gdańsku z dnia </w:t>
      </w:r>
      <w:r w:rsidRPr="00622311">
        <w:rPr>
          <w:color w:val="EE0000"/>
        </w:rPr>
        <w:t>14.06.2024 r</w:t>
      </w:r>
    </w:p>
    <w:p w14:paraId="714E4531" w14:textId="77777777" w:rsidR="00F93C5D" w:rsidRDefault="00F93C5D" w:rsidP="00BE2622">
      <w:pPr>
        <w:spacing w:after="60" w:line="240" w:lineRule="auto"/>
        <w:jc w:val="center"/>
      </w:pPr>
    </w:p>
    <w:p w14:paraId="62C14C3B" w14:textId="77777777" w:rsidR="00F93C5D" w:rsidRDefault="00000000" w:rsidP="00BE2622">
      <w:pPr>
        <w:spacing w:after="60" w:line="240" w:lineRule="auto"/>
        <w:jc w:val="center"/>
      </w:pPr>
      <w:r>
        <w:rPr>
          <w:b/>
        </w:rPr>
        <w:t>STANDARDY OCHRONY MAŁOLETNICH</w:t>
      </w:r>
    </w:p>
    <w:p w14:paraId="1D58C584" w14:textId="77777777" w:rsidR="00F93C5D" w:rsidRDefault="00000000" w:rsidP="00622311">
      <w:pPr>
        <w:spacing w:after="60" w:line="240" w:lineRule="auto"/>
        <w:jc w:val="center"/>
      </w:pP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Psychologiczno-Pedagogicznej</w:t>
      </w:r>
      <w:proofErr w:type="spellEnd"/>
      <w:r>
        <w:t xml:space="preserve"> nr 1 w Gdańsku</w:t>
      </w:r>
    </w:p>
    <w:p w14:paraId="719E2CA5" w14:textId="77777777" w:rsidR="00F93C5D" w:rsidRDefault="00000000" w:rsidP="00BE2622">
      <w:pPr>
        <w:spacing w:after="60" w:line="240" w:lineRule="auto"/>
        <w:jc w:val="center"/>
      </w:pPr>
      <w:r>
        <w:t>(wersja zupełna)</w:t>
      </w:r>
    </w:p>
    <w:p w14:paraId="5C23B205" w14:textId="77777777" w:rsidR="00F93C5D" w:rsidRDefault="00F93C5D">
      <w:pPr>
        <w:spacing w:after="60" w:line="240" w:lineRule="auto"/>
      </w:pPr>
    </w:p>
    <w:p w14:paraId="60716239" w14:textId="77777777" w:rsidR="00F93C5D" w:rsidRDefault="00000000">
      <w:pPr>
        <w:spacing w:after="60" w:line="240" w:lineRule="auto"/>
      </w:pPr>
      <w:r>
        <w:rPr>
          <w:b/>
        </w:rPr>
        <w:t>Podstawy prawne:</w:t>
      </w:r>
    </w:p>
    <w:p w14:paraId="78D220EF" w14:textId="77777777" w:rsidR="00F93C5D" w:rsidRDefault="00000000">
      <w:pPr>
        <w:spacing w:after="60" w:line="240" w:lineRule="auto"/>
      </w:pPr>
      <w:r>
        <w:t>1. Ustawa z dnia 29 lipca 2005 r. o przeciwdziałaniu przemocy domowej (Dz.U.</w:t>
      </w:r>
    </w:p>
    <w:p w14:paraId="3046772C" w14:textId="77777777" w:rsidR="00F93C5D" w:rsidRDefault="00000000">
      <w:pPr>
        <w:spacing w:after="60" w:line="240" w:lineRule="auto"/>
      </w:pPr>
      <w:r>
        <w:t>z 2021 r. poz. 1249 oraz z 2023 r. poz. 289 oraz 535)</w:t>
      </w:r>
    </w:p>
    <w:p w14:paraId="1A56A0B0" w14:textId="77777777" w:rsidR="00F93C5D" w:rsidRDefault="00000000">
      <w:pPr>
        <w:spacing w:after="60" w:line="240" w:lineRule="auto"/>
      </w:pPr>
      <w:r>
        <w:t>2. Rozporządzenie Rady Ministrów z dnia 13 września 2011 r. w sprawie procedury „Niebieskiej</w:t>
      </w:r>
    </w:p>
    <w:p w14:paraId="085F4147" w14:textId="77777777" w:rsidR="00F93C5D" w:rsidRDefault="00000000">
      <w:pPr>
        <w:spacing w:after="60" w:line="240" w:lineRule="auto"/>
      </w:pPr>
      <w:r>
        <w:t>Karty” oraz wzorów formularzy „Niebieska Karta” (Dz. U. poz. 1870)</w:t>
      </w:r>
    </w:p>
    <w:p w14:paraId="49580341" w14:textId="77777777" w:rsidR="00F93C5D" w:rsidRDefault="00000000">
      <w:pPr>
        <w:spacing w:after="60" w:line="240" w:lineRule="auto"/>
      </w:pPr>
      <w:r>
        <w:t>3. Ustawa z dnia 28 lipca 2023 r. o zmianie ustawy – Kodeks rodzinny i opiekuńczy oraz</w:t>
      </w:r>
    </w:p>
    <w:p w14:paraId="5081B2DF" w14:textId="77777777" w:rsidR="00F93C5D" w:rsidRDefault="00000000">
      <w:pPr>
        <w:spacing w:after="60" w:line="240" w:lineRule="auto"/>
      </w:pPr>
      <w:r>
        <w:t>niektórych innych ustaw (Dz.U. poz.1606)</w:t>
      </w:r>
    </w:p>
    <w:p w14:paraId="1AB8022F" w14:textId="77777777" w:rsidR="00F93C5D" w:rsidRDefault="00000000">
      <w:pPr>
        <w:spacing w:after="60" w:line="240" w:lineRule="auto"/>
      </w:pPr>
      <w:r>
        <w:t>4. Ustawa z 13 maja 2016 r. o przeciwdziałaniu zagrożeniom przestępczością na tle seksualnym</w:t>
      </w:r>
    </w:p>
    <w:p w14:paraId="20389181" w14:textId="77777777" w:rsidR="00F93C5D" w:rsidRDefault="00000000">
      <w:pPr>
        <w:spacing w:after="60" w:line="240" w:lineRule="auto"/>
      </w:pPr>
      <w:r>
        <w:t>(Dz.U. z 2023 r. poz. 1304 ze zm.)</w:t>
      </w:r>
    </w:p>
    <w:p w14:paraId="3532BFD4" w14:textId="77777777" w:rsidR="00F93C5D" w:rsidRDefault="00000000">
      <w:pPr>
        <w:spacing w:after="60" w:line="240" w:lineRule="auto"/>
      </w:pPr>
      <w:r>
        <w:t>5. Ustawa z dnia 26 stycznia 1982 r. – Karta Nauczyciela (Dz.U. z 2023 r. poz. 984 ze zm.)</w:t>
      </w:r>
    </w:p>
    <w:p w14:paraId="76F60A2B" w14:textId="77777777" w:rsidR="00F93C5D" w:rsidRDefault="00000000">
      <w:pPr>
        <w:spacing w:after="60" w:line="240" w:lineRule="auto"/>
      </w:pPr>
      <w:r>
        <w:t>6. Ustawa z dnia 14 grudnia 2016 r. – Prawo oświatowe (Dz.U. z 2023 r. poz. 900)</w:t>
      </w:r>
    </w:p>
    <w:p w14:paraId="57F111E0" w14:textId="77777777" w:rsidR="00F93C5D" w:rsidRDefault="00000000">
      <w:pPr>
        <w:spacing w:after="60" w:line="240" w:lineRule="auto"/>
      </w:pPr>
      <w:r>
        <w:t>7. Ustawa z dnia 10 maja 2018 r. o ochronie danych osobowych (Dz.U. z 2019 r. poz. 1781)</w:t>
      </w:r>
    </w:p>
    <w:p w14:paraId="56479AC3" w14:textId="77777777" w:rsidR="00F93C5D" w:rsidRDefault="00000000">
      <w:pPr>
        <w:spacing w:after="60" w:line="240" w:lineRule="auto"/>
      </w:pPr>
      <w:r>
        <w:t>8. Konwencja o prawach dziecka (Dz.U.1991 nr 120, poz. 526)</w:t>
      </w:r>
    </w:p>
    <w:p w14:paraId="14090342" w14:textId="77777777" w:rsidR="00F93C5D" w:rsidRDefault="00000000">
      <w:pPr>
        <w:spacing w:after="60" w:line="240" w:lineRule="auto"/>
      </w:pPr>
      <w:r>
        <w:t>9. Konwencja o prawach osób niepełnosprawnych (Dz.U. 2012, poz. 1169)</w:t>
      </w:r>
    </w:p>
    <w:p w14:paraId="38CEBB57" w14:textId="77777777" w:rsidR="00F93C5D" w:rsidRDefault="00F93C5D">
      <w:pPr>
        <w:spacing w:after="60" w:line="240" w:lineRule="auto"/>
      </w:pPr>
    </w:p>
    <w:p w14:paraId="6DF5D391" w14:textId="77777777" w:rsidR="00F93C5D" w:rsidRDefault="00000000">
      <w:pPr>
        <w:spacing w:after="60" w:line="240" w:lineRule="auto"/>
      </w:pPr>
      <w:r>
        <w:rPr>
          <w:b/>
        </w:rPr>
        <w:t>Rozdział 1</w:t>
      </w:r>
    </w:p>
    <w:p w14:paraId="0AC24F26" w14:textId="77777777" w:rsidR="00F93C5D" w:rsidRDefault="00000000">
      <w:pPr>
        <w:spacing w:after="60" w:line="240" w:lineRule="auto"/>
      </w:pPr>
      <w:r>
        <w:t>INFORMACJE OGÓLNE</w:t>
      </w:r>
    </w:p>
    <w:p w14:paraId="5B6326D1" w14:textId="77777777" w:rsidR="00F93C5D" w:rsidRDefault="00F93C5D">
      <w:pPr>
        <w:spacing w:after="60" w:line="240" w:lineRule="auto"/>
      </w:pPr>
    </w:p>
    <w:p w14:paraId="05D4FABE" w14:textId="77777777" w:rsidR="00F93C5D" w:rsidRDefault="00000000">
      <w:pPr>
        <w:spacing w:after="60" w:line="240" w:lineRule="auto"/>
      </w:pPr>
      <w:r>
        <w:rPr>
          <w:b/>
        </w:rPr>
        <w:t>WPROWADZENIE</w:t>
      </w:r>
    </w:p>
    <w:p w14:paraId="6D41BC57" w14:textId="7CEBA4DE" w:rsidR="00F93C5D" w:rsidRDefault="00000000" w:rsidP="00BE2622">
      <w:pPr>
        <w:spacing w:after="60" w:line="240" w:lineRule="auto"/>
        <w:ind w:firstLine="720"/>
        <w:jc w:val="both"/>
      </w:pPr>
      <w:proofErr w:type="spellStart"/>
      <w:r>
        <w:t>Nowelizacja</w:t>
      </w:r>
      <w:proofErr w:type="spellEnd"/>
      <w:r>
        <w:t xml:space="preserve"> </w:t>
      </w:r>
      <w:proofErr w:type="spellStart"/>
      <w:r>
        <w:t>Kodeksu</w:t>
      </w:r>
      <w:proofErr w:type="spellEnd"/>
      <w:r>
        <w:t xml:space="preserve"> </w:t>
      </w:r>
      <w:proofErr w:type="spellStart"/>
      <w:r>
        <w:t>rodzinnego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opiekuńczego (Dz.U. poz. 1606) określiła warunki skutecznej ochrony małoletnich przed różnymi formami przemocy. Wprowadzone zmiany wskazują na potrzebę opracowania jasnych i spójnych standardów postępowania w sytuacjach podejrzenia krzywdzenia lub krzywdzenia małoletnich.</w:t>
      </w:r>
    </w:p>
    <w:p w14:paraId="0DE34F11" w14:textId="77777777" w:rsidR="00F93C5D" w:rsidRDefault="00F93C5D" w:rsidP="002814BF">
      <w:pPr>
        <w:spacing w:after="60" w:line="240" w:lineRule="auto"/>
        <w:jc w:val="both"/>
      </w:pPr>
    </w:p>
    <w:p w14:paraId="645D0395" w14:textId="77777777" w:rsidR="00F93C5D" w:rsidRDefault="00000000" w:rsidP="002814BF">
      <w:pPr>
        <w:spacing w:after="60" w:line="240" w:lineRule="auto"/>
        <w:jc w:val="both"/>
      </w:pPr>
      <w:r>
        <w:t>W konstruowaniu „Standardów ochrony małoletnich” przyjęto następujące założenia:</w:t>
      </w:r>
    </w:p>
    <w:p w14:paraId="5F5F651C" w14:textId="1170A594" w:rsidR="00F93C5D" w:rsidRDefault="00000000" w:rsidP="002814BF">
      <w:pPr>
        <w:spacing w:after="60" w:line="240" w:lineRule="auto"/>
        <w:jc w:val="both"/>
      </w:pPr>
      <w:r>
        <w:t>•</w:t>
      </w:r>
      <w:r w:rsidR="00233BE0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Psychologiczno-Pedagogicznej</w:t>
      </w:r>
      <w:proofErr w:type="spellEnd"/>
      <w:r>
        <w:t xml:space="preserve"> Nr 1 w Gdańsku nie są zatrudniane osoby mogące zagrażać bezpieczeństwu małoletnich,</w:t>
      </w:r>
    </w:p>
    <w:p w14:paraId="69B6D848" w14:textId="1AAF6318" w:rsidR="00F93C5D" w:rsidRDefault="00000000" w:rsidP="002814BF">
      <w:pPr>
        <w:spacing w:after="60" w:line="240" w:lineRule="auto"/>
        <w:jc w:val="both"/>
      </w:pPr>
      <w:r>
        <w:t>•</w:t>
      </w:r>
      <w:r w:rsidR="00233BE0">
        <w:t xml:space="preserve"> </w:t>
      </w:r>
      <w:proofErr w:type="spellStart"/>
      <w:r>
        <w:t>wszyscy</w:t>
      </w:r>
      <w:proofErr w:type="spellEnd"/>
      <w:r>
        <w:t xml:space="preserve"> </w:t>
      </w:r>
      <w:proofErr w:type="spellStart"/>
      <w:r>
        <w:t>pracownicy</w:t>
      </w:r>
      <w:proofErr w:type="spellEnd"/>
      <w:r>
        <w:t xml:space="preserve"> </w:t>
      </w:r>
      <w:proofErr w:type="spellStart"/>
      <w:r>
        <w:t>potrafią</w:t>
      </w:r>
      <w:proofErr w:type="spellEnd"/>
      <w:r>
        <w:t xml:space="preserve"> </w:t>
      </w:r>
      <w:proofErr w:type="spellStart"/>
      <w:r>
        <w:t>zdiagnozować</w:t>
      </w:r>
      <w:proofErr w:type="spellEnd"/>
      <w:r>
        <w:t xml:space="preserve"> </w:t>
      </w:r>
      <w:proofErr w:type="spellStart"/>
      <w:r>
        <w:t>symptomy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podejmować interwencje w przypadku podejrzenia, że małoletni jest ofiarą przemocy,</w:t>
      </w:r>
    </w:p>
    <w:p w14:paraId="26943EB0" w14:textId="1FD38E8E" w:rsidR="00F93C5D" w:rsidRDefault="00000000" w:rsidP="002814BF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pracownicy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przygotowani</w:t>
      </w:r>
      <w:proofErr w:type="spellEnd"/>
      <w:r>
        <w:t xml:space="preserve"> do pracy i pomocy dzieciom ze specjalnymi potrzebami edukacyjnymi oraz niepełnosprawnym,</w:t>
      </w:r>
    </w:p>
    <w:p w14:paraId="2035BB6F" w14:textId="24263B9F" w:rsidR="00F93C5D" w:rsidRDefault="00000000" w:rsidP="002814BF">
      <w:pPr>
        <w:spacing w:after="60" w:line="240" w:lineRule="auto"/>
        <w:jc w:val="both"/>
      </w:pPr>
      <w:r>
        <w:lastRenderedPageBreak/>
        <w:t>•</w:t>
      </w:r>
      <w:r w:rsidR="003514CE">
        <w:t xml:space="preserve"> </w:t>
      </w:r>
      <w:proofErr w:type="spellStart"/>
      <w:r>
        <w:t>podejmowane</w:t>
      </w:r>
      <w:proofErr w:type="spellEnd"/>
      <w:r>
        <w:t xml:space="preserve"> </w:t>
      </w:r>
      <w:proofErr w:type="spellStart"/>
      <w:r>
        <w:t>postępowanie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naruszać</w:t>
      </w:r>
      <w:proofErr w:type="spellEnd"/>
      <w:r>
        <w:t xml:space="preserve"> </w:t>
      </w:r>
      <w:proofErr w:type="spellStart"/>
      <w:r>
        <w:t>praw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, </w:t>
      </w:r>
      <w:proofErr w:type="spellStart"/>
      <w:r>
        <w:t>praw</w:t>
      </w:r>
      <w:proofErr w:type="spellEnd"/>
      <w:r>
        <w:t xml:space="preserve"> człowieka oraz bezpieczeństwa danych osobowych,</w:t>
      </w:r>
    </w:p>
    <w:p w14:paraId="48644E77" w14:textId="043790FE" w:rsidR="00F93C5D" w:rsidRDefault="00000000" w:rsidP="002814BF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wiedzą</w:t>
      </w:r>
      <w:proofErr w:type="spellEnd"/>
      <w:r>
        <w:t xml:space="preserve">, jak </w:t>
      </w:r>
      <w:proofErr w:type="spellStart"/>
      <w:r>
        <w:t>unikać</w:t>
      </w:r>
      <w:proofErr w:type="spellEnd"/>
      <w:r>
        <w:t xml:space="preserve"> </w:t>
      </w:r>
      <w:proofErr w:type="spellStart"/>
      <w:r>
        <w:t>zagrożeń</w:t>
      </w:r>
      <w:proofErr w:type="spellEnd"/>
      <w:r>
        <w:t xml:space="preserve"> w </w:t>
      </w:r>
      <w:proofErr w:type="spellStart"/>
      <w:r>
        <w:t>kontaktach</w:t>
      </w:r>
      <w:proofErr w:type="spellEnd"/>
      <w:r>
        <w:t xml:space="preserve"> z dorosłymi i rówieśnikami,</w:t>
      </w:r>
    </w:p>
    <w:p w14:paraId="4B230D76" w14:textId="48549741" w:rsidR="00F93C5D" w:rsidRDefault="00000000" w:rsidP="002814BF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wiedzą</w:t>
      </w:r>
      <w:proofErr w:type="spellEnd"/>
      <w:r>
        <w:t xml:space="preserve">, do </w:t>
      </w:r>
      <w:proofErr w:type="spellStart"/>
      <w:r>
        <w:t>kogo</w:t>
      </w:r>
      <w:proofErr w:type="spellEnd"/>
      <w:r>
        <w:t xml:space="preserve"> </w:t>
      </w:r>
      <w:proofErr w:type="spellStart"/>
      <w:r>
        <w:t>zwracać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o </w:t>
      </w:r>
      <w:proofErr w:type="spellStart"/>
      <w:r>
        <w:t>pomoc</w:t>
      </w:r>
      <w:proofErr w:type="spellEnd"/>
      <w:r>
        <w:t xml:space="preserve"> w sytuacjach dla nich trudnych i czynią to mając świadomość skuteczności podejmowanych działań,</w:t>
      </w:r>
    </w:p>
    <w:p w14:paraId="1AC846BB" w14:textId="3169776C" w:rsidR="00F93C5D" w:rsidRDefault="00000000" w:rsidP="002814BF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rodzice</w:t>
      </w:r>
      <w:proofErr w:type="spellEnd"/>
      <w:r>
        <w:t xml:space="preserve"> </w:t>
      </w:r>
      <w:proofErr w:type="spellStart"/>
      <w:r>
        <w:t>poszerzają</w:t>
      </w:r>
      <w:proofErr w:type="spellEnd"/>
      <w:r>
        <w:t xml:space="preserve"> </w:t>
      </w:r>
      <w:proofErr w:type="spellStart"/>
      <w:r>
        <w:t>wiedzę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umiejętności</w:t>
      </w:r>
      <w:proofErr w:type="spellEnd"/>
      <w:r>
        <w:t xml:space="preserve"> o </w:t>
      </w:r>
      <w:proofErr w:type="spellStart"/>
      <w:r>
        <w:t>metodach</w:t>
      </w:r>
      <w:proofErr w:type="spellEnd"/>
      <w:r>
        <w:t xml:space="preserve"> </w:t>
      </w:r>
      <w:proofErr w:type="spellStart"/>
      <w:r>
        <w:t>wychowania</w:t>
      </w:r>
      <w:proofErr w:type="spellEnd"/>
      <w:r>
        <w:t xml:space="preserve"> bez stosowania przemocy oraz potrafią uczyć zasad bezpieczeństwa.</w:t>
      </w:r>
    </w:p>
    <w:p w14:paraId="104E25C4" w14:textId="2A79E369" w:rsidR="00F93C5D" w:rsidRDefault="00000000" w:rsidP="002814BF">
      <w:pPr>
        <w:spacing w:after="60" w:line="240" w:lineRule="auto"/>
        <w:jc w:val="both"/>
      </w:pPr>
      <w:proofErr w:type="spellStart"/>
      <w:r>
        <w:t>Ponadto</w:t>
      </w:r>
      <w:proofErr w:type="spellEnd"/>
      <w:r>
        <w:t xml:space="preserve"> </w:t>
      </w:r>
      <w:proofErr w:type="spellStart"/>
      <w:r>
        <w:t>przyjęto</w:t>
      </w:r>
      <w:proofErr w:type="spellEnd"/>
      <w:r>
        <w:t xml:space="preserve">, </w:t>
      </w:r>
      <w:proofErr w:type="spellStart"/>
      <w:r>
        <w:t>że</w:t>
      </w:r>
      <w:proofErr w:type="spellEnd"/>
      <w:r>
        <w:t>:</w:t>
      </w:r>
    </w:p>
    <w:p w14:paraId="210B7BAA" w14:textId="61D28132" w:rsidR="00F93C5D" w:rsidRDefault="00000000" w:rsidP="002814BF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prowadzone</w:t>
      </w:r>
      <w:proofErr w:type="spellEnd"/>
      <w:r>
        <w:t xml:space="preserve"> </w:t>
      </w:r>
      <w:proofErr w:type="spellStart"/>
      <w:r>
        <w:t>postępowanie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wypadek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podejrzenia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 xml:space="preserve"> małoletnich jest zorganizowane w sposób zapewniający im skuteczną ochronę,</w:t>
      </w:r>
    </w:p>
    <w:p w14:paraId="5093E9B8" w14:textId="71DC214B" w:rsidR="00F93C5D" w:rsidRDefault="00000000" w:rsidP="002814BF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działania</w:t>
      </w:r>
      <w:proofErr w:type="spellEnd"/>
      <w:r>
        <w:t xml:space="preserve"> </w:t>
      </w:r>
      <w:proofErr w:type="spellStart"/>
      <w:r>
        <w:t>podejmowane</w:t>
      </w:r>
      <w:proofErr w:type="spellEnd"/>
      <w:r>
        <w:t xml:space="preserve"> w </w:t>
      </w:r>
      <w:proofErr w:type="spellStart"/>
      <w:r>
        <w:t>ramach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krzywdzeniem</w:t>
      </w:r>
      <w:proofErr w:type="spellEnd"/>
      <w:r>
        <w:t xml:space="preserve"> są dokumentowane oraz monitorowane i poddawane okresowej weryfikacji przy udziale wszystkich zainteresowanych podmiotów.</w:t>
      </w:r>
    </w:p>
    <w:p w14:paraId="557A2430" w14:textId="77777777" w:rsidR="00F93C5D" w:rsidRDefault="00F93C5D" w:rsidP="002814BF">
      <w:pPr>
        <w:spacing w:after="60" w:line="240" w:lineRule="auto"/>
        <w:jc w:val="both"/>
      </w:pPr>
    </w:p>
    <w:p w14:paraId="49CB384D" w14:textId="77777777" w:rsidR="00F93C5D" w:rsidRDefault="00000000" w:rsidP="002814BF">
      <w:pPr>
        <w:spacing w:after="60" w:line="240" w:lineRule="auto"/>
        <w:jc w:val="both"/>
      </w:pPr>
      <w:r>
        <w:t>Uwzględniając powyższe założenia niniejszy dokument określa „Standardy ochrony małoletnich”, stanowiące zbiór zasad i procedur postępowania w sytuacjach zagrożenia ich bezpieczeństwa. Jego najważniejszym celem jest ochrona małoletnich przed różnymi formami przemocy oraz budowanie bezpiecznego i przyjaznego środowiska.</w:t>
      </w:r>
    </w:p>
    <w:p w14:paraId="143BCD46" w14:textId="77777777" w:rsidR="00F93C5D" w:rsidRDefault="00F93C5D">
      <w:pPr>
        <w:spacing w:after="60" w:line="240" w:lineRule="auto"/>
      </w:pPr>
    </w:p>
    <w:p w14:paraId="553EAE1A" w14:textId="77777777" w:rsidR="00F93C5D" w:rsidRDefault="00000000" w:rsidP="00166471">
      <w:pPr>
        <w:spacing w:after="60" w:line="240" w:lineRule="auto"/>
        <w:jc w:val="both"/>
      </w:pPr>
      <w:r>
        <w:t>SŁOWNICZEK POJĘĆ</w:t>
      </w:r>
    </w:p>
    <w:p w14:paraId="60A9F3B6" w14:textId="77777777" w:rsidR="00F93C5D" w:rsidRDefault="00F93C5D" w:rsidP="00166471">
      <w:pPr>
        <w:spacing w:after="60" w:line="240" w:lineRule="auto"/>
        <w:jc w:val="both"/>
      </w:pPr>
    </w:p>
    <w:p w14:paraId="72F765E8" w14:textId="77777777" w:rsidR="00F93C5D" w:rsidRDefault="00000000" w:rsidP="00166471">
      <w:pPr>
        <w:spacing w:after="60" w:line="240" w:lineRule="auto"/>
        <w:jc w:val="both"/>
      </w:pPr>
      <w:r>
        <w:t>Ilekroć w dokumencie „Standardy ochrony małoletnich” jest mowa o:</w:t>
      </w:r>
    </w:p>
    <w:p w14:paraId="180D587D" w14:textId="77777777" w:rsidR="00F93C5D" w:rsidRDefault="00F93C5D" w:rsidP="00166471">
      <w:pPr>
        <w:spacing w:after="60" w:line="240" w:lineRule="auto"/>
        <w:jc w:val="both"/>
      </w:pPr>
    </w:p>
    <w:p w14:paraId="530879C4" w14:textId="13641404" w:rsidR="00F93C5D" w:rsidRDefault="00000000" w:rsidP="00166471">
      <w:pPr>
        <w:spacing w:after="60" w:line="240" w:lineRule="auto"/>
        <w:jc w:val="both"/>
      </w:pPr>
      <w:r>
        <w:t>1.</w:t>
      </w:r>
      <w:r w:rsidR="003514CE">
        <w:t xml:space="preserve"> </w:t>
      </w:r>
      <w:proofErr w:type="spellStart"/>
      <w:r>
        <w:t>poradni</w:t>
      </w:r>
      <w:proofErr w:type="spellEnd"/>
      <w: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to </w:t>
      </w:r>
      <w:proofErr w:type="spellStart"/>
      <w:r>
        <w:t>rozumieć</w:t>
      </w:r>
      <w:proofErr w:type="spellEnd"/>
      <w:r>
        <w:t xml:space="preserve"> </w:t>
      </w:r>
      <w:proofErr w:type="spellStart"/>
      <w:r>
        <w:t>Poradnię</w:t>
      </w:r>
      <w:proofErr w:type="spellEnd"/>
      <w:r>
        <w:t xml:space="preserve"> </w:t>
      </w:r>
      <w:proofErr w:type="spellStart"/>
      <w:r>
        <w:t>Psychologiczno-Pedagogiczną</w:t>
      </w:r>
      <w:proofErr w:type="spellEnd"/>
      <w:r>
        <w:t xml:space="preserve"> Nr 1 w Gdańsku;</w:t>
      </w:r>
    </w:p>
    <w:p w14:paraId="0734438D" w14:textId="7109679B" w:rsidR="00F93C5D" w:rsidRDefault="00000000" w:rsidP="00166471">
      <w:pPr>
        <w:spacing w:after="60" w:line="240" w:lineRule="auto"/>
        <w:jc w:val="both"/>
      </w:pPr>
      <w:r>
        <w:t>2.</w:t>
      </w:r>
      <w:r w:rsidR="003514CE">
        <w:t xml:space="preserve"> </w:t>
      </w:r>
      <w:proofErr w:type="spellStart"/>
      <w:r>
        <w:t>małoletnim</w:t>
      </w:r>
      <w:proofErr w:type="spellEnd"/>
      <w:r>
        <w:t xml:space="preserve"> (</w:t>
      </w:r>
      <w:proofErr w:type="spellStart"/>
      <w:r>
        <w:t>dziecku</w:t>
      </w:r>
      <w:proofErr w:type="spellEnd"/>
      <w:r>
        <w:t xml:space="preserve">, </w:t>
      </w:r>
      <w:proofErr w:type="spellStart"/>
      <w:r>
        <w:t>uczniu</w:t>
      </w:r>
      <w:proofErr w:type="spellEnd"/>
      <w:r>
        <w:t xml:space="preserve">, </w:t>
      </w:r>
      <w:proofErr w:type="spellStart"/>
      <w:r>
        <w:t>wychowanku</w:t>
      </w:r>
      <w:proofErr w:type="spellEnd"/>
      <w:r>
        <w:t>) – należy przez to rozumieć każdą osobę do ukończenia 18 roku życia;</w:t>
      </w:r>
    </w:p>
    <w:p w14:paraId="7B10288C" w14:textId="5DE302E2" w:rsidR="00F93C5D" w:rsidRDefault="00000000" w:rsidP="00166471">
      <w:pPr>
        <w:spacing w:after="60" w:line="240" w:lineRule="auto"/>
        <w:jc w:val="both"/>
      </w:pPr>
      <w:r>
        <w:t>3.</w:t>
      </w:r>
      <w:r w:rsidR="003514CE">
        <w:t xml:space="preserve"> </w:t>
      </w:r>
      <w:proofErr w:type="spellStart"/>
      <w:r>
        <w:t>pracowniku</w:t>
      </w:r>
      <w:proofErr w:type="spellEnd"/>
      <w:r>
        <w:t xml:space="preserve">/ </w:t>
      </w:r>
      <w:proofErr w:type="spellStart"/>
      <w:r>
        <w:t>personelu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ro</w:t>
      </w:r>
      <w:proofErr w:type="spellEnd"/>
      <w:r>
        <w:t xml:space="preserve"> </w:t>
      </w:r>
      <w:proofErr w:type="spellStart"/>
      <w:r>
        <w:t>rozumieć</w:t>
      </w:r>
      <w:proofErr w:type="spellEnd"/>
      <w:r>
        <w:t xml:space="preserve"> każdego pracownika poradni, bez względu na formę zatrudnienia, w tym: praktykantów odbywających praktyki studenckie lub inne osoby, które z racji pełnionej funkcji lub zadań mają (nawet potencjalny) kontakt z małoletnimi;</w:t>
      </w:r>
    </w:p>
    <w:p w14:paraId="35F08922" w14:textId="3A4BC23B" w:rsidR="00F93C5D" w:rsidRDefault="00000000" w:rsidP="00166471">
      <w:pPr>
        <w:spacing w:after="60" w:line="240" w:lineRule="auto"/>
        <w:jc w:val="both"/>
      </w:pPr>
      <w:r>
        <w:t>4.</w:t>
      </w:r>
      <w:r w:rsidR="003514CE">
        <w:t xml:space="preserve"> </w:t>
      </w:r>
      <w:proofErr w:type="spellStart"/>
      <w:r>
        <w:t>dyrektorze</w:t>
      </w:r>
      <w:proofErr w:type="spellEnd"/>
      <w: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to </w:t>
      </w:r>
      <w:proofErr w:type="spellStart"/>
      <w:r>
        <w:t>rozumieć</w:t>
      </w:r>
      <w:proofErr w:type="spellEnd"/>
      <w:r>
        <w:t xml:space="preserve"> </w:t>
      </w:r>
      <w:proofErr w:type="spellStart"/>
      <w:r>
        <w:t>dyrektora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Psychologiczno</w:t>
      </w:r>
      <w:proofErr w:type="spellEnd"/>
      <w:r>
        <w:t xml:space="preserve"> - Pedagogicznej Nr 1 w Gdańsku;</w:t>
      </w:r>
    </w:p>
    <w:p w14:paraId="67C9A402" w14:textId="187BB611" w:rsidR="00F93C5D" w:rsidRDefault="00000000" w:rsidP="00166471">
      <w:pPr>
        <w:spacing w:after="60" w:line="240" w:lineRule="auto"/>
        <w:jc w:val="both"/>
      </w:pPr>
      <w:r>
        <w:t>5.</w:t>
      </w:r>
      <w:r w:rsidR="003514CE">
        <w:t xml:space="preserve"> </w:t>
      </w:r>
      <w:proofErr w:type="spellStart"/>
      <w:r>
        <w:t>rodzicu</w:t>
      </w:r>
      <w:proofErr w:type="spellEnd"/>
      <w: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to </w:t>
      </w:r>
      <w:proofErr w:type="spellStart"/>
      <w:r>
        <w:t>rozumieć</w:t>
      </w:r>
      <w:proofErr w:type="spellEnd"/>
      <w:r>
        <w:t xml:space="preserve"> </w:t>
      </w:r>
      <w:proofErr w:type="spellStart"/>
      <w:r>
        <w:t>przedstawiciela</w:t>
      </w:r>
      <w:proofErr w:type="spellEnd"/>
      <w:r>
        <w:t xml:space="preserve"> </w:t>
      </w:r>
      <w:proofErr w:type="spellStart"/>
      <w:r>
        <w:t>ustawowego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pozostającego pod ich władzą rodzicielską. Jeżeli dziecko pozostaje pod władzą rodzicielską obojga rodziców, każde z nich może działać samodzielnie jako przedstawiciel ustawowy dziecka;</w:t>
      </w:r>
    </w:p>
    <w:p w14:paraId="3DA5C595" w14:textId="0C94F551" w:rsidR="00F93C5D" w:rsidRDefault="00000000" w:rsidP="00166471">
      <w:pPr>
        <w:spacing w:after="60" w:line="240" w:lineRule="auto"/>
        <w:jc w:val="both"/>
      </w:pPr>
      <w:r>
        <w:t>6.</w:t>
      </w:r>
      <w:r w:rsidR="003514CE">
        <w:t xml:space="preserve"> </w:t>
      </w:r>
      <w:proofErr w:type="spellStart"/>
      <w:r>
        <w:t>opiekunie</w:t>
      </w:r>
      <w:proofErr w:type="spellEnd"/>
      <w:r>
        <w:t xml:space="preserve"> </w:t>
      </w:r>
      <w:proofErr w:type="spellStart"/>
      <w:r>
        <w:t>prawnym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to </w:t>
      </w:r>
      <w:proofErr w:type="spellStart"/>
      <w:r>
        <w:t>rozumieć</w:t>
      </w:r>
      <w:proofErr w:type="spellEnd"/>
      <w:r>
        <w:t xml:space="preserve"> osobę, która ma za zadanie zastąpić dziecku rodziców, a także wypełnić wszystkie ciążące na nich obowiązki. Jest przedstawicielem ustawowym małoletniego, dlatego może dokonywać czynności prawnych w imieniu dziecka i ma za zadanie chronić jego interesy prawne, osobiste oraz finansowe</w:t>
      </w:r>
    </w:p>
    <w:p w14:paraId="1B99AB57" w14:textId="47CBAAB8" w:rsidR="00F93C5D" w:rsidRDefault="00000000" w:rsidP="00166471">
      <w:pPr>
        <w:spacing w:after="60" w:line="240" w:lineRule="auto"/>
        <w:jc w:val="both"/>
      </w:pPr>
      <w:r>
        <w:t>7.</w:t>
      </w:r>
      <w:r w:rsidR="003514CE">
        <w:t xml:space="preserve"> </w:t>
      </w:r>
      <w:r>
        <w:t>„</w:t>
      </w:r>
      <w:proofErr w:type="spellStart"/>
      <w:r>
        <w:t>osobie</w:t>
      </w:r>
      <w:proofErr w:type="spellEnd"/>
      <w:r>
        <w:t xml:space="preserve"> </w:t>
      </w:r>
      <w:proofErr w:type="spellStart"/>
      <w:r>
        <w:t>najbliższej</w:t>
      </w:r>
      <w:proofErr w:type="spellEnd"/>
      <w:r>
        <w:t xml:space="preserve"> </w:t>
      </w:r>
      <w:proofErr w:type="spellStart"/>
      <w:r>
        <w:t>małoletniemu</w:t>
      </w:r>
      <w:proofErr w:type="spellEnd"/>
      <w:r>
        <w:t xml:space="preserve">”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to </w:t>
      </w:r>
      <w:proofErr w:type="spellStart"/>
      <w:r>
        <w:t>rozumieć</w:t>
      </w:r>
      <w:proofErr w:type="spellEnd"/>
      <w:r>
        <w:t xml:space="preserve"> osobę wstępną: matkę, ojca, babcię, dziadka; rodzeństwo: siostrę, brata, w tym rodzeństwo przyrodnie, a także inne osoby pozostające we wspólnym gospodarstwie, a w przypadku jej braku – osobę pełnoletnią wskazaną przez małoletniego;</w:t>
      </w:r>
    </w:p>
    <w:p w14:paraId="714EE3A5" w14:textId="0AD59AEA" w:rsidR="00F93C5D" w:rsidRDefault="00000000" w:rsidP="00166471">
      <w:pPr>
        <w:spacing w:after="60" w:line="240" w:lineRule="auto"/>
        <w:jc w:val="both"/>
      </w:pPr>
      <w:r>
        <w:t>8.</w:t>
      </w:r>
      <w:r w:rsidR="003514CE">
        <w:t xml:space="preserve"> </w:t>
      </w:r>
      <w:proofErr w:type="spellStart"/>
      <w:r>
        <w:t>przemocy</w:t>
      </w:r>
      <w:proofErr w:type="spellEnd"/>
      <w:r>
        <w:t xml:space="preserve"> </w:t>
      </w:r>
      <w:proofErr w:type="spellStart"/>
      <w:r>
        <w:t>fizycznej</w:t>
      </w:r>
      <w:proofErr w:type="spellEnd"/>
      <w: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to </w:t>
      </w:r>
      <w:proofErr w:type="spellStart"/>
      <w:r>
        <w:t>rozumieć</w:t>
      </w:r>
      <w:proofErr w:type="spellEnd"/>
      <w:r>
        <w:t xml:space="preserve"> </w:t>
      </w:r>
      <w:proofErr w:type="spellStart"/>
      <w:r>
        <w:t>każde</w:t>
      </w:r>
      <w:proofErr w:type="spellEnd"/>
      <w:r>
        <w:t xml:space="preserve"> intencjonalne działanie sprawcy, mające na celu przekroczenie granicy ciała małoletniego, np. bicie, popychanie, szarpanie, itp.;</w:t>
      </w:r>
    </w:p>
    <w:p w14:paraId="7A80363C" w14:textId="2B6716D3" w:rsidR="00F93C5D" w:rsidRDefault="00000000" w:rsidP="00166471">
      <w:pPr>
        <w:spacing w:after="60" w:line="240" w:lineRule="auto"/>
        <w:jc w:val="both"/>
      </w:pPr>
      <w:r>
        <w:lastRenderedPageBreak/>
        <w:t>9.</w:t>
      </w:r>
      <w:r w:rsidR="003514CE">
        <w:t xml:space="preserve"> </w:t>
      </w:r>
      <w:proofErr w:type="spellStart"/>
      <w:r>
        <w:t>przemocy</w:t>
      </w:r>
      <w:proofErr w:type="spellEnd"/>
      <w:r>
        <w:t xml:space="preserve"> </w:t>
      </w:r>
      <w:proofErr w:type="spellStart"/>
      <w:r>
        <w:t>seksualnej</w:t>
      </w:r>
      <w:proofErr w:type="spellEnd"/>
      <w: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to </w:t>
      </w:r>
      <w:proofErr w:type="spellStart"/>
      <w:r>
        <w:t>rozumieć</w:t>
      </w:r>
      <w:proofErr w:type="spellEnd"/>
      <w:r>
        <w:t xml:space="preserve"> </w:t>
      </w:r>
      <w:proofErr w:type="spellStart"/>
      <w:r>
        <w:t>zaangażowanie</w:t>
      </w:r>
      <w:proofErr w:type="spellEnd"/>
      <w:r>
        <w:t xml:space="preserve"> małoletniego w aktywność seksualną, której nie jest on lub ona w stanie w pełni zrozumieć i udzielić na nią świadomej zgody, naruszającą prawo i obyczaje danego społeczeństwa;</w:t>
      </w:r>
    </w:p>
    <w:p w14:paraId="23ADA165" w14:textId="2D6DCFA3" w:rsidR="00F93C5D" w:rsidRDefault="00000000" w:rsidP="00166471">
      <w:pPr>
        <w:spacing w:after="60" w:line="240" w:lineRule="auto"/>
        <w:jc w:val="both"/>
      </w:pPr>
      <w:r>
        <w:t>10.</w:t>
      </w:r>
      <w:r w:rsidR="003514CE">
        <w:t xml:space="preserve"> </w:t>
      </w:r>
      <w:proofErr w:type="spellStart"/>
      <w:r>
        <w:t>przemocy</w:t>
      </w:r>
      <w:proofErr w:type="spellEnd"/>
      <w:r>
        <w:t xml:space="preserve"> </w:t>
      </w:r>
      <w:proofErr w:type="spellStart"/>
      <w:r>
        <w:t>psychicznej</w:t>
      </w:r>
      <w:proofErr w:type="spellEnd"/>
      <w: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to </w:t>
      </w:r>
      <w:proofErr w:type="spellStart"/>
      <w:r>
        <w:t>rozumieć</w:t>
      </w:r>
      <w:proofErr w:type="spellEnd"/>
      <w:r>
        <w:t xml:space="preserve"> </w:t>
      </w:r>
      <w:proofErr w:type="spellStart"/>
      <w:r>
        <w:t>powtarzający</w:t>
      </w:r>
      <w:proofErr w:type="spellEnd"/>
      <w:r>
        <w:t xml:space="preserve"> się wzorzec zachowań opiekuna lub skrajnie drastyczne wydarzenie (lub wydarzenia), które powodują u dziecka poczucie, że jest nic niewarte, złe, niekochane, niechciane, zagrożone i że jego osoba ma jakąkolwiek wartość jedynie wtedy, gdy zaspokaja potrzeby innych;</w:t>
      </w:r>
    </w:p>
    <w:p w14:paraId="5715746F" w14:textId="2B375EE7" w:rsidR="00F93C5D" w:rsidRDefault="00000000" w:rsidP="00166471">
      <w:pPr>
        <w:spacing w:after="60" w:line="240" w:lineRule="auto"/>
        <w:jc w:val="both"/>
      </w:pPr>
      <w:r>
        <w:t>11.</w:t>
      </w:r>
      <w:r w:rsidR="003514CE">
        <w:t xml:space="preserve"> </w:t>
      </w:r>
      <w:proofErr w:type="spellStart"/>
      <w:r>
        <w:t>zaniechaniu</w:t>
      </w:r>
      <w:proofErr w:type="spellEnd"/>
      <w: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to </w:t>
      </w:r>
      <w:proofErr w:type="spellStart"/>
      <w:r>
        <w:t>rozumieć</w:t>
      </w:r>
      <w:proofErr w:type="spellEnd"/>
      <w:r>
        <w:t xml:space="preserve"> </w:t>
      </w:r>
      <w:proofErr w:type="spellStart"/>
      <w:r>
        <w:t>chroniczne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incydentalne</w:t>
      </w:r>
      <w:proofErr w:type="spellEnd"/>
      <w:r>
        <w:t xml:space="preserve"> niezaspokajanie podstawowych potrzeb fizycznych i psychicznych przez osoby zobowiązane do opieki, troski i ochrony zdrowia i/lub nierespektowanie podstawowych praw, powodujące zaburzenia jego zdrowia i/lub trudności w rozwoju.</w:t>
      </w:r>
    </w:p>
    <w:p w14:paraId="6D20B0DF" w14:textId="77777777" w:rsidR="00F93C5D" w:rsidRDefault="00F93C5D" w:rsidP="00166471">
      <w:pPr>
        <w:spacing w:after="60" w:line="240" w:lineRule="auto"/>
        <w:jc w:val="both"/>
      </w:pPr>
    </w:p>
    <w:p w14:paraId="1A2E4018" w14:textId="77777777" w:rsidR="00F93C5D" w:rsidRDefault="00F93C5D" w:rsidP="00166471">
      <w:pPr>
        <w:spacing w:after="60" w:line="240" w:lineRule="auto"/>
        <w:jc w:val="both"/>
      </w:pPr>
    </w:p>
    <w:p w14:paraId="7B5D8D8A" w14:textId="77777777" w:rsidR="00F93C5D" w:rsidRDefault="00000000" w:rsidP="00166471">
      <w:pPr>
        <w:spacing w:after="60" w:line="240" w:lineRule="auto"/>
        <w:jc w:val="both"/>
      </w:pPr>
      <w:r>
        <w:rPr>
          <w:b/>
        </w:rPr>
        <w:t>Rozdział 2</w:t>
      </w:r>
    </w:p>
    <w:p w14:paraId="4F0BE982" w14:textId="77777777" w:rsidR="00F93C5D" w:rsidRDefault="00000000" w:rsidP="00166471">
      <w:pPr>
        <w:spacing w:after="60" w:line="240" w:lineRule="auto"/>
        <w:jc w:val="both"/>
      </w:pPr>
      <w:r>
        <w:rPr>
          <w:b/>
        </w:rPr>
        <w:t>STANDARDY OCHRONY MAŁOLETNICH</w:t>
      </w:r>
    </w:p>
    <w:p w14:paraId="1709FC2B" w14:textId="77777777" w:rsidR="00F93C5D" w:rsidRDefault="00F93C5D" w:rsidP="00166471">
      <w:pPr>
        <w:spacing w:after="60" w:line="240" w:lineRule="auto"/>
        <w:jc w:val="both"/>
      </w:pPr>
    </w:p>
    <w:p w14:paraId="751BAC39" w14:textId="77777777" w:rsidR="00F93C5D" w:rsidRDefault="00000000" w:rsidP="00166471">
      <w:pPr>
        <w:spacing w:after="60" w:line="240" w:lineRule="auto"/>
        <w:jc w:val="both"/>
      </w:pPr>
      <w:r>
        <w:rPr>
          <w:b/>
        </w:rPr>
        <w:t>Standard I</w:t>
      </w:r>
    </w:p>
    <w:p w14:paraId="41AB0629" w14:textId="77777777" w:rsidR="00F93C5D" w:rsidRDefault="00000000" w:rsidP="00166471">
      <w:pPr>
        <w:spacing w:after="60" w:line="240" w:lineRule="auto"/>
        <w:jc w:val="both"/>
      </w:pPr>
      <w:r>
        <w:t xml:space="preserve">Pracownicy poradni, małoletni, ich rodzice oraz opiekunowie prawni znają </w:t>
      </w:r>
    </w:p>
    <w:p w14:paraId="59182BAF" w14:textId="77777777" w:rsidR="00F93C5D" w:rsidRDefault="00000000" w:rsidP="00166471">
      <w:pPr>
        <w:spacing w:after="60" w:line="240" w:lineRule="auto"/>
        <w:jc w:val="both"/>
      </w:pPr>
      <w:r>
        <w:t>„Standardy ochrony małoletnich”. Dokument jest dostępny i upowszechniany.</w:t>
      </w:r>
    </w:p>
    <w:p w14:paraId="0F50BBC8" w14:textId="77777777" w:rsidR="00F93C5D" w:rsidRDefault="00F93C5D" w:rsidP="00166471">
      <w:pPr>
        <w:spacing w:after="60" w:line="240" w:lineRule="auto"/>
        <w:jc w:val="both"/>
      </w:pPr>
    </w:p>
    <w:p w14:paraId="2740AE04" w14:textId="77777777" w:rsidR="00F93C5D" w:rsidRDefault="00000000" w:rsidP="00166471">
      <w:pPr>
        <w:spacing w:after="60" w:line="240" w:lineRule="auto"/>
        <w:jc w:val="both"/>
      </w:pPr>
      <w:r>
        <w:tab/>
        <w:t>Wskaźniki realizacji standardu:</w:t>
      </w:r>
    </w:p>
    <w:p w14:paraId="7760986E" w14:textId="77777777" w:rsidR="00F93C5D" w:rsidRDefault="00F93C5D" w:rsidP="00166471">
      <w:pPr>
        <w:spacing w:after="60" w:line="240" w:lineRule="auto"/>
        <w:jc w:val="both"/>
      </w:pPr>
    </w:p>
    <w:p w14:paraId="4FC4B104" w14:textId="77777777" w:rsidR="00F93C5D" w:rsidRDefault="00000000" w:rsidP="00166471">
      <w:pPr>
        <w:spacing w:after="60" w:line="240" w:lineRule="auto"/>
        <w:jc w:val="both"/>
      </w:pPr>
      <w:r>
        <w:t>1.</w:t>
      </w:r>
      <w:r>
        <w:tab/>
        <w:t>Dokument „Standardy ochrony małoletnich” został opracowany, zgodnie z Ustawą z dnia 28 lipca 2023 r. o zmianie ustawy – Kodeks rodzinny i opiekuńczy oraz niektórych innych ustaw (Dz.U. Poz. 1606).</w:t>
      </w:r>
    </w:p>
    <w:p w14:paraId="47C7C670" w14:textId="77777777" w:rsidR="00F93C5D" w:rsidRDefault="00000000" w:rsidP="00166471">
      <w:pPr>
        <w:spacing w:after="60" w:line="240" w:lineRule="auto"/>
        <w:jc w:val="both"/>
      </w:pPr>
      <w:r>
        <w:t>2.</w:t>
      </w:r>
      <w:r>
        <w:tab/>
        <w:t>Zapoznano z nim personel poradni, rodziców/opiekunów prawnych małoletnich oraz małoletnich.</w:t>
      </w:r>
    </w:p>
    <w:p w14:paraId="56148450" w14:textId="13C32F34" w:rsidR="00F93C5D" w:rsidRDefault="00000000" w:rsidP="00166471">
      <w:pPr>
        <w:spacing w:after="60" w:line="240" w:lineRule="auto"/>
        <w:jc w:val="both"/>
      </w:pPr>
      <w:r>
        <w:t>3.</w:t>
      </w:r>
      <w:r w:rsidR="003514CE"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wprowadzono</w:t>
      </w:r>
      <w:proofErr w:type="spellEnd"/>
      <w:r>
        <w:t xml:space="preserve"> do </w:t>
      </w:r>
      <w:proofErr w:type="spellStart"/>
      <w:r>
        <w:t>stosowania</w:t>
      </w:r>
      <w:proofErr w:type="spellEnd"/>
      <w:r>
        <w:t xml:space="preserve"> w poradni.</w:t>
      </w:r>
    </w:p>
    <w:p w14:paraId="5B9145B1" w14:textId="35542970" w:rsidR="00F93C5D" w:rsidRPr="003514CE" w:rsidRDefault="00000000" w:rsidP="00166471">
      <w:pPr>
        <w:spacing w:after="60" w:line="240" w:lineRule="auto"/>
        <w:jc w:val="both"/>
        <w:rPr>
          <w:sz w:val="22"/>
        </w:rPr>
      </w:pPr>
      <w:r>
        <w:t>4.</w:t>
      </w:r>
      <w:r w:rsidR="003514CE">
        <w:t xml:space="preserve"> </w:t>
      </w:r>
      <w:proofErr w:type="spellStart"/>
      <w:r w:rsidRPr="003514CE">
        <w:rPr>
          <w:szCs w:val="24"/>
        </w:rPr>
        <w:t>Dokument</w:t>
      </w:r>
      <w:proofErr w:type="spellEnd"/>
      <w:r w:rsidRPr="003514CE">
        <w:rPr>
          <w:szCs w:val="24"/>
        </w:rPr>
        <w:t xml:space="preserve"> </w:t>
      </w:r>
      <w:proofErr w:type="spellStart"/>
      <w:r w:rsidRPr="003514CE">
        <w:rPr>
          <w:szCs w:val="24"/>
        </w:rPr>
        <w:t>udostępniono</w:t>
      </w:r>
      <w:proofErr w:type="spellEnd"/>
      <w:r w:rsidRPr="003514CE">
        <w:rPr>
          <w:szCs w:val="24"/>
        </w:rPr>
        <w:t xml:space="preserve"> </w:t>
      </w:r>
      <w:proofErr w:type="spellStart"/>
      <w:r w:rsidRPr="003514CE">
        <w:rPr>
          <w:szCs w:val="24"/>
        </w:rPr>
        <w:t>na</w:t>
      </w:r>
      <w:proofErr w:type="spellEnd"/>
      <w:r w:rsidRPr="003514CE">
        <w:rPr>
          <w:szCs w:val="24"/>
        </w:rPr>
        <w:t xml:space="preserve"> </w:t>
      </w:r>
      <w:proofErr w:type="spellStart"/>
      <w:r w:rsidRPr="003514CE">
        <w:rPr>
          <w:szCs w:val="24"/>
        </w:rPr>
        <w:t>stronie</w:t>
      </w:r>
      <w:proofErr w:type="spellEnd"/>
      <w:r w:rsidRPr="003514CE">
        <w:rPr>
          <w:szCs w:val="24"/>
        </w:rPr>
        <w:t xml:space="preserve"> internetowej Poradni: ppp1.edu.gdansk.pl oraz wywieszono w widocznym miejscu w lokalu Poradni. Wersja zupełna oraz wersja skrócona Standardów są </w:t>
      </w:r>
      <w:proofErr w:type="spellStart"/>
      <w:r w:rsidRPr="003514CE">
        <w:rPr>
          <w:szCs w:val="24"/>
        </w:rPr>
        <w:t>dostępne</w:t>
      </w:r>
      <w:proofErr w:type="spellEnd"/>
      <w:r w:rsidRPr="003514CE">
        <w:rPr>
          <w:szCs w:val="24"/>
        </w:rPr>
        <w:t xml:space="preserve"> </w:t>
      </w:r>
      <w:proofErr w:type="spellStart"/>
      <w:r w:rsidRPr="003514CE">
        <w:rPr>
          <w:szCs w:val="24"/>
        </w:rPr>
        <w:t>również</w:t>
      </w:r>
      <w:proofErr w:type="spellEnd"/>
      <w:r w:rsidRPr="003514CE">
        <w:rPr>
          <w:szCs w:val="24"/>
        </w:rPr>
        <w:t xml:space="preserve"> do </w:t>
      </w:r>
      <w:proofErr w:type="spellStart"/>
      <w:r w:rsidRPr="003514CE">
        <w:rPr>
          <w:szCs w:val="24"/>
        </w:rPr>
        <w:t>wglądu</w:t>
      </w:r>
      <w:proofErr w:type="spellEnd"/>
      <w:r w:rsidRPr="003514CE">
        <w:rPr>
          <w:szCs w:val="24"/>
        </w:rPr>
        <w:t xml:space="preserve"> w </w:t>
      </w:r>
      <w:proofErr w:type="spellStart"/>
      <w:r w:rsidRPr="003514CE">
        <w:rPr>
          <w:szCs w:val="24"/>
        </w:rPr>
        <w:t>sekretariacie</w:t>
      </w:r>
      <w:proofErr w:type="spellEnd"/>
      <w:r w:rsidRPr="003514CE">
        <w:rPr>
          <w:szCs w:val="24"/>
        </w:rPr>
        <w:t xml:space="preserve"> </w:t>
      </w:r>
      <w:proofErr w:type="spellStart"/>
      <w:r w:rsidRPr="003514CE">
        <w:rPr>
          <w:szCs w:val="24"/>
        </w:rPr>
        <w:t>Poradni</w:t>
      </w:r>
      <w:proofErr w:type="spellEnd"/>
      <w:r w:rsidRPr="003514CE">
        <w:rPr>
          <w:szCs w:val="24"/>
        </w:rPr>
        <w:t>.</w:t>
      </w:r>
    </w:p>
    <w:p w14:paraId="6F2B7555" w14:textId="2D10BF5B" w:rsidR="00F93C5D" w:rsidRDefault="00000000" w:rsidP="00166471">
      <w:pPr>
        <w:spacing w:after="60" w:line="240" w:lineRule="auto"/>
        <w:jc w:val="both"/>
      </w:pPr>
      <w:r>
        <w:t>5.</w:t>
      </w:r>
      <w:r w:rsidR="003514CE"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został</w:t>
      </w:r>
      <w:proofErr w:type="spellEnd"/>
      <w:r>
        <w:t xml:space="preserve"> </w:t>
      </w:r>
      <w:proofErr w:type="spellStart"/>
      <w:r>
        <w:t>udostępniony</w:t>
      </w:r>
      <w:proofErr w:type="spellEnd"/>
      <w:r>
        <w:t xml:space="preserve"> w </w:t>
      </w:r>
      <w:proofErr w:type="spellStart"/>
      <w:r>
        <w:t>dwóch</w:t>
      </w:r>
      <w:proofErr w:type="spellEnd"/>
      <w:r>
        <w:t xml:space="preserve"> </w:t>
      </w:r>
      <w:proofErr w:type="spellStart"/>
      <w:r>
        <w:t>wersjach</w:t>
      </w:r>
      <w:proofErr w:type="spellEnd"/>
      <w:r>
        <w:t xml:space="preserve">: </w:t>
      </w:r>
      <w:proofErr w:type="spellStart"/>
      <w:r>
        <w:t>wersji</w:t>
      </w:r>
      <w:proofErr w:type="spellEnd"/>
      <w:r>
        <w:t xml:space="preserve"> </w:t>
      </w:r>
      <w:proofErr w:type="spellStart"/>
      <w:r>
        <w:t>zupełnej</w:t>
      </w:r>
      <w:proofErr w:type="spellEnd"/>
      <w:r>
        <w:t xml:space="preserve"> oraz skróconej przeznaczonej dla małoletnich i zawierającej informacje dla nich istotne.</w:t>
      </w:r>
    </w:p>
    <w:p w14:paraId="71413C81" w14:textId="1D858419" w:rsidR="00F93C5D" w:rsidRDefault="00000000" w:rsidP="00166471">
      <w:pPr>
        <w:spacing w:after="60" w:line="240" w:lineRule="auto"/>
        <w:jc w:val="both"/>
      </w:pPr>
      <w:r>
        <w:t>6.</w:t>
      </w:r>
      <w:r w:rsidR="003514CE">
        <w:t xml:space="preserve"> </w:t>
      </w:r>
      <w:r>
        <w:t xml:space="preserve">Informacje o </w:t>
      </w:r>
      <w:proofErr w:type="spellStart"/>
      <w:r>
        <w:t>treści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 xml:space="preserve"> </w:t>
      </w:r>
      <w:proofErr w:type="spellStart"/>
      <w:r>
        <w:t>upowszechniane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wśród pracowników Poradni.</w:t>
      </w:r>
    </w:p>
    <w:p w14:paraId="6EBB202A" w14:textId="1F9AB33E" w:rsidR="00F93C5D" w:rsidRDefault="00000000" w:rsidP="00166471">
      <w:pPr>
        <w:spacing w:after="60" w:line="240" w:lineRule="auto"/>
        <w:jc w:val="both"/>
      </w:pPr>
      <w:r>
        <w:t>7.</w:t>
      </w:r>
      <w:r w:rsidR="003514CE">
        <w:t xml:space="preserve"> </w:t>
      </w:r>
      <w:r>
        <w:t xml:space="preserve">Informacje </w:t>
      </w:r>
      <w:proofErr w:type="spellStart"/>
      <w:r>
        <w:t>istotne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</w:t>
      </w:r>
      <w:proofErr w:type="spellStart"/>
      <w:r>
        <w:t>zawarte</w:t>
      </w:r>
      <w:proofErr w:type="spellEnd"/>
      <w:r>
        <w:t xml:space="preserve"> w dokumencie upowszechniane są w trakcie zajęć/warsztatów grupowych prowadzonych przez pracowników poradni oraz konsultacji, diagnozy, terapii prowadzonych w indywidualnym kontakcie. Pracownicy Poradni dokładają wszelkich starań, aby przybliżyć treść Standardów dzieciom ze specjalnymi potrzebami edukacyjnymi dzieciom niepełnosprawnym w sposób dostosowany do ich potrzeb i możliwości.  </w:t>
      </w:r>
    </w:p>
    <w:p w14:paraId="1BCDDC7A" w14:textId="49C8DDC2" w:rsidR="00F93C5D" w:rsidRDefault="00000000" w:rsidP="00166471">
      <w:pPr>
        <w:spacing w:after="60" w:line="240" w:lineRule="auto"/>
        <w:jc w:val="both"/>
      </w:pPr>
      <w:r>
        <w:t>8.</w:t>
      </w:r>
      <w:r w:rsidR="003514CE">
        <w:t xml:space="preserve"> </w:t>
      </w:r>
      <w:proofErr w:type="spellStart"/>
      <w:r>
        <w:t>Publikacja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 xml:space="preserve"> </w:t>
      </w:r>
      <w:proofErr w:type="spellStart"/>
      <w:r>
        <w:t>spełnia</w:t>
      </w:r>
      <w:proofErr w:type="spellEnd"/>
      <w:r>
        <w:t xml:space="preserve"> </w:t>
      </w:r>
      <w:proofErr w:type="spellStart"/>
      <w:r>
        <w:t>wymogi</w:t>
      </w:r>
      <w:proofErr w:type="spellEnd"/>
      <w:r>
        <w:t xml:space="preserve"> </w:t>
      </w:r>
      <w:proofErr w:type="spellStart"/>
      <w:r>
        <w:t>Ustawy</w:t>
      </w:r>
      <w:proofErr w:type="spellEnd"/>
      <w:r>
        <w:t xml:space="preserve"> o </w:t>
      </w:r>
      <w:proofErr w:type="spellStart"/>
      <w:r>
        <w:t>zapewnianiu</w:t>
      </w:r>
      <w:proofErr w:type="spellEnd"/>
      <w:r>
        <w:t xml:space="preserve"> </w:t>
      </w:r>
      <w:proofErr w:type="spellStart"/>
      <w:r>
        <w:t>dostępności</w:t>
      </w:r>
      <w:proofErr w:type="spellEnd"/>
      <w:r>
        <w:t xml:space="preserve"> osobom ze szczególnymi potrzebami.</w:t>
      </w:r>
    </w:p>
    <w:p w14:paraId="438FF97B" w14:textId="77777777" w:rsidR="00F93C5D" w:rsidRDefault="00F93C5D" w:rsidP="00166471">
      <w:pPr>
        <w:spacing w:after="60" w:line="240" w:lineRule="auto"/>
        <w:jc w:val="both"/>
      </w:pPr>
    </w:p>
    <w:p w14:paraId="0562B044" w14:textId="77777777" w:rsidR="00F93C5D" w:rsidRDefault="00000000" w:rsidP="00166471">
      <w:pPr>
        <w:spacing w:after="60" w:line="240" w:lineRule="auto"/>
        <w:jc w:val="both"/>
      </w:pPr>
      <w:r>
        <w:rPr>
          <w:b/>
        </w:rPr>
        <w:t>Standard II</w:t>
      </w:r>
    </w:p>
    <w:p w14:paraId="3610C63E" w14:textId="77777777" w:rsidR="00F93C5D" w:rsidRDefault="00000000" w:rsidP="00166471">
      <w:pPr>
        <w:spacing w:after="60" w:line="240" w:lineRule="auto"/>
        <w:jc w:val="both"/>
      </w:pPr>
      <w:r>
        <w:t>Personel współtworzy i gwarantuje bezpieczne i przyjazne środowisko w poradni.</w:t>
      </w:r>
    </w:p>
    <w:p w14:paraId="3C921270" w14:textId="77777777" w:rsidR="00F93C5D" w:rsidRDefault="00F93C5D" w:rsidP="00166471">
      <w:pPr>
        <w:spacing w:after="60" w:line="240" w:lineRule="auto"/>
        <w:jc w:val="both"/>
      </w:pPr>
    </w:p>
    <w:p w14:paraId="4ADA2B54" w14:textId="77777777" w:rsidR="00F93C5D" w:rsidRDefault="00000000" w:rsidP="00166471">
      <w:pPr>
        <w:spacing w:after="60" w:line="240" w:lineRule="auto"/>
        <w:jc w:val="both"/>
      </w:pPr>
      <w:r>
        <w:t xml:space="preserve"> </w:t>
      </w:r>
      <w:r>
        <w:tab/>
        <w:t>Wskaźniki realizacji standardu:</w:t>
      </w:r>
    </w:p>
    <w:p w14:paraId="2EBD0AC9" w14:textId="77777777" w:rsidR="00F93C5D" w:rsidRDefault="00F93C5D" w:rsidP="00166471">
      <w:pPr>
        <w:spacing w:after="60" w:line="240" w:lineRule="auto"/>
        <w:jc w:val="both"/>
      </w:pPr>
    </w:p>
    <w:p w14:paraId="25538F9F" w14:textId="4EB03C4E" w:rsidR="00F93C5D" w:rsidRDefault="00000000" w:rsidP="00166471">
      <w:pPr>
        <w:spacing w:after="60" w:line="240" w:lineRule="auto"/>
        <w:jc w:val="both"/>
      </w:pPr>
      <w:r>
        <w:t>1.</w:t>
      </w:r>
      <w:r w:rsidR="003514CE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zatrudnia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po wcześniejszej weryfikacji w Krajowym Rejestrze Karnym, Rejestrze Sprawców Przestępstw na Tle Seksualnym, a w przypadku stanowisk pedagogicznych dodatkowo w Centralnym Rejestrze Orzeczeń Dyscyplinarnych.</w:t>
      </w:r>
    </w:p>
    <w:p w14:paraId="11B98EFF" w14:textId="77777777" w:rsidR="00F93C5D" w:rsidRDefault="00000000" w:rsidP="00166471">
      <w:pPr>
        <w:spacing w:after="60" w:line="240" w:lineRule="auto"/>
        <w:jc w:val="both"/>
      </w:pPr>
      <w:r>
        <w:t xml:space="preserve">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zatrudnienia</w:t>
      </w:r>
      <w:proofErr w:type="spellEnd"/>
      <w:r>
        <w:t xml:space="preserve"> </w:t>
      </w:r>
      <w:proofErr w:type="spellStart"/>
      <w:r>
        <w:t>obcokrajowców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weryfikuje osobę w rejestrach karalności państw trzecich w zakresie określonych przestępstw (lub odpowiadających im czynów zabronionych w przepisach prawa obcego) lub w przypadkach prawem wskazanych poprzez oświadczenia o niekaralności.</w:t>
      </w:r>
    </w:p>
    <w:p w14:paraId="16AF8403" w14:textId="69ADCFD2" w:rsidR="00F93C5D" w:rsidRDefault="00000000" w:rsidP="00166471">
      <w:pPr>
        <w:spacing w:after="60" w:line="240" w:lineRule="auto"/>
        <w:jc w:val="both"/>
      </w:pPr>
      <w:r>
        <w:t>2.</w:t>
      </w:r>
      <w:r w:rsidR="003514CE">
        <w:t xml:space="preserve"> </w:t>
      </w:r>
      <w:proofErr w:type="spellStart"/>
      <w:r>
        <w:t>Dyrektor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określa</w:t>
      </w:r>
      <w:proofErr w:type="spellEnd"/>
      <w:r>
        <w:t xml:space="preserve"> </w:t>
      </w:r>
      <w:proofErr w:type="spellStart"/>
      <w:r>
        <w:t>organizację</w:t>
      </w:r>
      <w:proofErr w:type="spellEnd"/>
      <w:r>
        <w:t xml:space="preserve">, </w:t>
      </w:r>
      <w:proofErr w:type="spellStart"/>
      <w:r>
        <w:t>stosowanie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dokumentowanie</w:t>
      </w:r>
      <w:proofErr w:type="spellEnd"/>
      <w:r>
        <w:t xml:space="preserve"> </w:t>
      </w:r>
      <w:proofErr w:type="spellStart"/>
      <w:r>
        <w:t>działań</w:t>
      </w:r>
      <w:proofErr w:type="spellEnd"/>
      <w:r>
        <w:t xml:space="preserve"> podejmowanych w ramach procedur określonych w dokumencie „Standardy ochrony małoletnich”.</w:t>
      </w:r>
    </w:p>
    <w:p w14:paraId="6668237B" w14:textId="4E370B68" w:rsidR="00F93C5D" w:rsidRDefault="00000000" w:rsidP="00166471">
      <w:pPr>
        <w:spacing w:after="60" w:line="240" w:lineRule="auto"/>
        <w:jc w:val="both"/>
      </w:pPr>
      <w:r>
        <w:t>3.</w:t>
      </w:r>
      <w:r w:rsidR="003514CE">
        <w:t xml:space="preserve"> </w:t>
      </w:r>
      <w:proofErr w:type="spellStart"/>
      <w:r>
        <w:t>Pracownicy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świadomi</w:t>
      </w:r>
      <w:proofErr w:type="spellEnd"/>
      <w:r>
        <w:t xml:space="preserve"> </w:t>
      </w:r>
      <w:proofErr w:type="spellStart"/>
      <w:r>
        <w:t>swoich</w:t>
      </w:r>
      <w:proofErr w:type="spellEnd"/>
      <w:r>
        <w:t xml:space="preserve"> </w:t>
      </w:r>
      <w:proofErr w:type="spellStart"/>
      <w:r>
        <w:t>praw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odpowiedzialności</w:t>
      </w:r>
      <w:proofErr w:type="spellEnd"/>
      <w:r>
        <w:t xml:space="preserve"> prawnej ciążącej na nich za nieprzestrzeganie standardów ochrony małoletnich.</w:t>
      </w:r>
    </w:p>
    <w:p w14:paraId="44260EF5" w14:textId="6CAE8DED" w:rsidR="00F93C5D" w:rsidRDefault="00000000" w:rsidP="00166471">
      <w:pPr>
        <w:spacing w:after="60" w:line="240" w:lineRule="auto"/>
        <w:jc w:val="both"/>
      </w:pPr>
      <w:r>
        <w:t>4.</w:t>
      </w:r>
      <w:r w:rsidR="003514CE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prowadzona</w:t>
      </w:r>
      <w:proofErr w:type="spellEnd"/>
      <w:r>
        <w:t xml:space="preserve"> jest </w:t>
      </w:r>
      <w:proofErr w:type="spellStart"/>
      <w:r>
        <w:t>systematyczna</w:t>
      </w:r>
      <w:proofErr w:type="spellEnd"/>
      <w:r>
        <w:t xml:space="preserve"> edukacja wszystkich pracowników z zakresu ochrony małoletnich przed krzywdzeniem, a w szczególności:</w:t>
      </w:r>
    </w:p>
    <w:p w14:paraId="0318AEB7" w14:textId="11B8CFDD" w:rsidR="00F93C5D" w:rsidRDefault="00000000" w:rsidP="00166471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rozpoznawania</w:t>
      </w:r>
      <w:proofErr w:type="spellEnd"/>
      <w:r>
        <w:t xml:space="preserve"> </w:t>
      </w:r>
      <w:proofErr w:type="spellStart"/>
      <w:r>
        <w:t>symptomów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>,</w:t>
      </w:r>
    </w:p>
    <w:p w14:paraId="64F3508F" w14:textId="147A763D" w:rsidR="00F93C5D" w:rsidRDefault="00000000" w:rsidP="00166471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procedur</w:t>
      </w:r>
      <w:proofErr w:type="spellEnd"/>
      <w:r>
        <w:t xml:space="preserve"> </w:t>
      </w:r>
      <w:proofErr w:type="spellStart"/>
      <w:r>
        <w:t>interwencji</w:t>
      </w:r>
      <w:proofErr w:type="spellEnd"/>
      <w:r>
        <w:t xml:space="preserve">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podejrzenia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>, a także posiadania informacji o krzywdzeniu,</w:t>
      </w:r>
    </w:p>
    <w:p w14:paraId="656672FD" w14:textId="37EF7821" w:rsidR="00F93C5D" w:rsidRDefault="00000000" w:rsidP="00166471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dokumentowania</w:t>
      </w:r>
      <w:proofErr w:type="spellEnd"/>
      <w:r>
        <w:t xml:space="preserve"> </w:t>
      </w:r>
      <w:proofErr w:type="spellStart"/>
      <w:r>
        <w:t>podejmowanych</w:t>
      </w:r>
      <w:proofErr w:type="spellEnd"/>
      <w:r>
        <w:t xml:space="preserve"> </w:t>
      </w:r>
      <w:proofErr w:type="spellStart"/>
      <w:r>
        <w:t>działań</w:t>
      </w:r>
      <w:proofErr w:type="spellEnd"/>
      <w:r>
        <w:t xml:space="preserve"> </w:t>
      </w:r>
      <w:proofErr w:type="spellStart"/>
      <w:r>
        <w:t>związanych</w:t>
      </w:r>
      <w:proofErr w:type="spellEnd"/>
      <w:r>
        <w:t xml:space="preserve"> z ochroną małoletnich,</w:t>
      </w:r>
    </w:p>
    <w:p w14:paraId="26563A1D" w14:textId="50C1EBF3" w:rsidR="00F93C5D" w:rsidRDefault="00000000" w:rsidP="00166471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znajomości</w:t>
      </w:r>
      <w:proofErr w:type="spellEnd"/>
      <w:r>
        <w:t xml:space="preserve"> </w:t>
      </w:r>
      <w:proofErr w:type="spellStart"/>
      <w:r>
        <w:t>praw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, </w:t>
      </w:r>
      <w:proofErr w:type="spellStart"/>
      <w:r>
        <w:t>praw</w:t>
      </w:r>
      <w:proofErr w:type="spellEnd"/>
      <w:r>
        <w:t xml:space="preserve"> </w:t>
      </w:r>
      <w:proofErr w:type="spellStart"/>
      <w:r>
        <w:t>człowieka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bezpiecznego</w:t>
      </w:r>
      <w:proofErr w:type="spellEnd"/>
      <w:r>
        <w:t xml:space="preserve"> przetwarzania udostępnionych danych osobowych,</w:t>
      </w:r>
    </w:p>
    <w:p w14:paraId="55003B15" w14:textId="34877F4B" w:rsidR="00F93C5D" w:rsidRDefault="00000000" w:rsidP="00166471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odpowiedzialności</w:t>
      </w:r>
      <w:proofErr w:type="spellEnd"/>
      <w:r>
        <w:t xml:space="preserve"> </w:t>
      </w:r>
      <w:proofErr w:type="spellStart"/>
      <w:r>
        <w:t>prawnej</w:t>
      </w:r>
      <w:proofErr w:type="spellEnd"/>
      <w:r>
        <w:t xml:space="preserve"> za </w:t>
      </w:r>
      <w:proofErr w:type="spellStart"/>
      <w:r>
        <w:t>zdrowie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życie</w:t>
      </w:r>
      <w:proofErr w:type="spellEnd"/>
      <w:r>
        <w:t xml:space="preserve"> </w:t>
      </w:r>
      <w:proofErr w:type="spellStart"/>
      <w:r>
        <w:t>powierzonych</w:t>
      </w:r>
      <w:proofErr w:type="spellEnd"/>
      <w:r>
        <w:t xml:space="preserve"> w opiece małoletnich,</w:t>
      </w:r>
    </w:p>
    <w:p w14:paraId="04E77896" w14:textId="0F06E82B" w:rsidR="00F93C5D" w:rsidRDefault="00000000" w:rsidP="00166471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procedury</w:t>
      </w:r>
      <w:proofErr w:type="spellEnd"/>
      <w:r>
        <w:t xml:space="preserve"> „</w:t>
      </w:r>
      <w:proofErr w:type="spellStart"/>
      <w:r>
        <w:t>Niebieskiej</w:t>
      </w:r>
      <w:proofErr w:type="spellEnd"/>
      <w:r>
        <w:t xml:space="preserve"> Karty”,</w:t>
      </w:r>
    </w:p>
    <w:p w14:paraId="3F09D1CF" w14:textId="44D2B9CA" w:rsidR="00F93C5D" w:rsidRDefault="00000000" w:rsidP="00166471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bezpieczeństwa</w:t>
      </w:r>
      <w:proofErr w:type="spellEnd"/>
      <w:r>
        <w:t xml:space="preserve"> </w:t>
      </w:r>
      <w:proofErr w:type="spellStart"/>
      <w:r>
        <w:t>relacji</w:t>
      </w:r>
      <w:proofErr w:type="spellEnd"/>
      <w:r>
        <w:t xml:space="preserve"> </w:t>
      </w:r>
      <w:proofErr w:type="spellStart"/>
      <w:r>
        <w:t>całego</w:t>
      </w:r>
      <w:proofErr w:type="spellEnd"/>
      <w:r>
        <w:t xml:space="preserve"> </w:t>
      </w:r>
      <w:proofErr w:type="spellStart"/>
      <w:r>
        <w:t>personelu</w:t>
      </w:r>
      <w:proofErr w:type="spellEnd"/>
      <w:r>
        <w:t xml:space="preserve"> z małoletnim, uwzględniającą wiedzę                             o zachowaniach pożądanych i niedozwolonych w kontaktach z nim.</w:t>
      </w:r>
    </w:p>
    <w:p w14:paraId="76C2B854" w14:textId="05280BF3" w:rsidR="00F93C5D" w:rsidRDefault="00000000" w:rsidP="00166471">
      <w:pPr>
        <w:spacing w:after="60" w:line="240" w:lineRule="auto"/>
        <w:jc w:val="both"/>
      </w:pPr>
      <w:r>
        <w:t>5.</w:t>
      </w:r>
      <w:r w:rsidR="003514CE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prowadzi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systematyczną</w:t>
      </w:r>
      <w:proofErr w:type="spellEnd"/>
      <w:r>
        <w:t xml:space="preserve"> diagnozę czynników ryzyka i czynników chroniących bezpieczeństwo małoletnich, a w szczególności w obszarach:</w:t>
      </w:r>
    </w:p>
    <w:p w14:paraId="27266F52" w14:textId="17F5E8C1" w:rsidR="00F93C5D" w:rsidRDefault="00000000" w:rsidP="00166471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relacji</w:t>
      </w:r>
      <w:proofErr w:type="spellEnd"/>
      <w:r>
        <w:t xml:space="preserve"> </w:t>
      </w:r>
      <w:proofErr w:type="spellStart"/>
      <w:r>
        <w:t>między</w:t>
      </w:r>
      <w:proofErr w:type="spellEnd"/>
      <w:r>
        <w:t xml:space="preserve"> </w:t>
      </w:r>
      <w:proofErr w:type="spellStart"/>
      <w:r>
        <w:t>pracownikiem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a małoletnim,</w:t>
      </w:r>
    </w:p>
    <w:p w14:paraId="0889598F" w14:textId="1BFAD4BC" w:rsidR="00F93C5D" w:rsidRDefault="00000000" w:rsidP="00166471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poczucia</w:t>
      </w:r>
      <w:proofErr w:type="spellEnd"/>
      <w:r>
        <w:t xml:space="preserve"> </w:t>
      </w:r>
      <w:proofErr w:type="spellStart"/>
      <w:r>
        <w:t>bezpieczeństwa</w:t>
      </w:r>
      <w:proofErr w:type="spellEnd"/>
      <w:r>
        <w:t xml:space="preserve"> </w:t>
      </w:r>
      <w:proofErr w:type="spellStart"/>
      <w:r>
        <w:t>psychofizycznego</w:t>
      </w:r>
      <w:proofErr w:type="spellEnd"/>
      <w:r>
        <w:t xml:space="preserve">, z </w:t>
      </w:r>
      <w:proofErr w:type="spellStart"/>
      <w:r>
        <w:t>uwzględnieniem</w:t>
      </w:r>
      <w:proofErr w:type="spellEnd"/>
      <w:r>
        <w:t xml:space="preserve"> </w:t>
      </w:r>
      <w:proofErr w:type="spellStart"/>
      <w:r>
        <w:t>zagrożeń</w:t>
      </w:r>
      <w:proofErr w:type="spellEnd"/>
      <w:r>
        <w:t xml:space="preserve"> </w:t>
      </w:r>
      <w:proofErr w:type="spellStart"/>
      <w:r>
        <w:t>środowiskowych</w:t>
      </w:r>
      <w:proofErr w:type="spellEnd"/>
      <w:r>
        <w:t xml:space="preserve"> (</w:t>
      </w:r>
      <w:proofErr w:type="spellStart"/>
      <w:r>
        <w:t>poszanowanie</w:t>
      </w:r>
      <w:proofErr w:type="spellEnd"/>
      <w:r>
        <w:t xml:space="preserve"> odmienności, równość i sprawiedliwość w przestrzeganiu ogólnie obowiązujących zasad, podmiotowe traktowanie).</w:t>
      </w:r>
    </w:p>
    <w:p w14:paraId="183D8257" w14:textId="77777777" w:rsidR="00F93C5D" w:rsidRDefault="00F93C5D" w:rsidP="00166471">
      <w:pPr>
        <w:spacing w:after="60" w:line="240" w:lineRule="auto"/>
        <w:jc w:val="both"/>
      </w:pPr>
    </w:p>
    <w:p w14:paraId="0ABE10B6" w14:textId="77777777" w:rsidR="00F93C5D" w:rsidRDefault="00000000" w:rsidP="00166471">
      <w:pPr>
        <w:spacing w:after="60" w:line="240" w:lineRule="auto"/>
        <w:jc w:val="both"/>
      </w:pPr>
      <w:r>
        <w:rPr>
          <w:b/>
        </w:rPr>
        <w:t>Standard III</w:t>
      </w:r>
    </w:p>
    <w:p w14:paraId="3893C612" w14:textId="77777777" w:rsidR="00F93C5D" w:rsidRDefault="00000000" w:rsidP="00166471">
      <w:pPr>
        <w:spacing w:after="60" w:line="240" w:lineRule="auto"/>
        <w:jc w:val="both"/>
      </w:pPr>
      <w:r>
        <w:t>Poradnia oferuje rodzicom/opiekunom prawnym informację oraz edukację w zakresie wychowania dzieci bez przemocy oraz ich ochrony przed krzywdzeniem i wykorzystywaniem.</w:t>
      </w:r>
    </w:p>
    <w:p w14:paraId="182283F9" w14:textId="77777777" w:rsidR="00F93C5D" w:rsidRDefault="00F93C5D" w:rsidP="00166471">
      <w:pPr>
        <w:spacing w:after="60" w:line="240" w:lineRule="auto"/>
        <w:jc w:val="both"/>
      </w:pPr>
    </w:p>
    <w:p w14:paraId="7F2D9C5A" w14:textId="77777777" w:rsidR="00F93C5D" w:rsidRDefault="00000000" w:rsidP="00166471">
      <w:pPr>
        <w:spacing w:after="60" w:line="240" w:lineRule="auto"/>
        <w:jc w:val="both"/>
      </w:pPr>
      <w:r>
        <w:tab/>
        <w:t>Wskaźniki realizacji standardu:</w:t>
      </w:r>
    </w:p>
    <w:p w14:paraId="13D4320B" w14:textId="77777777" w:rsidR="00F93C5D" w:rsidRDefault="00F93C5D" w:rsidP="00166471">
      <w:pPr>
        <w:spacing w:after="60" w:line="240" w:lineRule="auto"/>
        <w:jc w:val="both"/>
      </w:pPr>
    </w:p>
    <w:p w14:paraId="4E908186" w14:textId="60800756" w:rsidR="00F93C5D" w:rsidRDefault="00000000" w:rsidP="00166471">
      <w:pPr>
        <w:spacing w:after="60" w:line="240" w:lineRule="auto"/>
        <w:jc w:val="both"/>
      </w:pPr>
      <w:r>
        <w:t>1.</w:t>
      </w:r>
      <w:r w:rsidR="003514CE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znajduje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 informacyjna (tablica ogłoszeń) dla rodziców, gdzie umieszczone są dane kontaktowe placówek zapewniających pomoc i opiekę w trudnych sytuacjach życiowych. Na stronie internetowej poradni oraz w mediach społecznościowych publikowane są przydatne informacje na temat: wychowania dzieci bez przemocy, ochrony dzieci przed przemocą i </w:t>
      </w:r>
      <w:r>
        <w:lastRenderedPageBreak/>
        <w:t>wykorzystywaniem, zagrożeń bezpieczeństwa dziecka w internecie oraz możliwości podnoszenia umiejętności wychowawczych.</w:t>
      </w:r>
    </w:p>
    <w:p w14:paraId="18C5CDFE" w14:textId="4A6710E6" w:rsidR="00F93C5D" w:rsidRDefault="00000000" w:rsidP="00166471">
      <w:pPr>
        <w:spacing w:after="60" w:line="240" w:lineRule="auto"/>
        <w:jc w:val="both"/>
      </w:pPr>
      <w:r>
        <w:t>2.</w:t>
      </w:r>
      <w:r w:rsidR="003514CE">
        <w:t xml:space="preserve"> </w:t>
      </w:r>
      <w:proofErr w:type="spellStart"/>
      <w:r>
        <w:t>Rodzice</w:t>
      </w:r>
      <w:proofErr w:type="spellEnd"/>
      <w:r>
        <w:t xml:space="preserve"> </w:t>
      </w:r>
      <w:proofErr w:type="spellStart"/>
      <w:r>
        <w:t>mają</w:t>
      </w:r>
      <w:proofErr w:type="spellEnd"/>
      <w:r>
        <w:t xml:space="preserve"> </w:t>
      </w:r>
      <w:proofErr w:type="spellStart"/>
      <w:r>
        <w:t>dostęp</w:t>
      </w:r>
      <w:proofErr w:type="spellEnd"/>
      <w:r>
        <w:t xml:space="preserve"> do </w:t>
      </w:r>
      <w:proofErr w:type="spellStart"/>
      <w:r>
        <w:t>obowiązujących</w:t>
      </w:r>
      <w:proofErr w:type="spellEnd"/>
      <w:r>
        <w:t xml:space="preserve"> w </w:t>
      </w:r>
      <w:proofErr w:type="spellStart"/>
      <w:r>
        <w:t>Poradni</w:t>
      </w:r>
      <w:proofErr w:type="spellEnd"/>
      <w:r>
        <w:t xml:space="preserve"> „</w:t>
      </w:r>
      <w:proofErr w:type="spellStart"/>
      <w:r>
        <w:t>Standardów</w:t>
      </w:r>
      <w:proofErr w:type="spellEnd"/>
      <w:r>
        <w:t xml:space="preserve"> ochrony małoletnich” gdzie znajdują się procedury zgłaszania zagrożeń.</w:t>
      </w:r>
    </w:p>
    <w:p w14:paraId="777C5AB8" w14:textId="74BFFDD5" w:rsidR="00F93C5D" w:rsidRDefault="00000000" w:rsidP="00166471">
      <w:pPr>
        <w:spacing w:after="60" w:line="240" w:lineRule="auto"/>
        <w:jc w:val="both"/>
      </w:pPr>
      <w:r>
        <w:t>3.</w:t>
      </w:r>
      <w:r w:rsidR="003514CE">
        <w:t xml:space="preserve"> </w:t>
      </w:r>
      <w:proofErr w:type="spellStart"/>
      <w:r>
        <w:t>Poradnia</w:t>
      </w:r>
      <w:proofErr w:type="spellEnd"/>
      <w:r>
        <w:t xml:space="preserve"> </w:t>
      </w:r>
      <w:proofErr w:type="spellStart"/>
      <w:r>
        <w:t>umożliwia</w:t>
      </w:r>
      <w:proofErr w:type="spellEnd"/>
      <w:r>
        <w:t xml:space="preserve"> </w:t>
      </w:r>
      <w:proofErr w:type="spellStart"/>
      <w:r>
        <w:t>rodzicom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opiekunom</w:t>
      </w:r>
      <w:proofErr w:type="spellEnd"/>
      <w:r>
        <w:t xml:space="preserve"> </w:t>
      </w:r>
      <w:proofErr w:type="spellStart"/>
      <w:r>
        <w:t>prawnym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, </w:t>
      </w:r>
      <w:proofErr w:type="spellStart"/>
      <w:r>
        <w:t>poprzez</w:t>
      </w:r>
      <w:proofErr w:type="spellEnd"/>
      <w:r>
        <w:t xml:space="preserve"> organizację warsztatów, szkoleń, konsultacji indywidualnych, poszerzanie wiedzy i umiejętności związanych z ochroną dziecka przed zagrożeniami oraz z zakresu wychowania pozytywnymi metodami wychowawczymi, bez kar fizycznych i krzywdzenia psychicznego dziecka.</w:t>
      </w:r>
    </w:p>
    <w:p w14:paraId="78B12FB0" w14:textId="77777777" w:rsidR="00F93C5D" w:rsidRDefault="00F93C5D" w:rsidP="00166471">
      <w:pPr>
        <w:spacing w:after="60" w:line="240" w:lineRule="auto"/>
        <w:jc w:val="both"/>
      </w:pPr>
    </w:p>
    <w:p w14:paraId="407F740A" w14:textId="77777777" w:rsidR="00F93C5D" w:rsidRDefault="00000000" w:rsidP="00166471">
      <w:pPr>
        <w:spacing w:after="60" w:line="240" w:lineRule="auto"/>
        <w:jc w:val="both"/>
      </w:pPr>
      <w:r>
        <w:rPr>
          <w:b/>
        </w:rPr>
        <w:t>Standard IV</w:t>
      </w:r>
    </w:p>
    <w:p w14:paraId="74937C45" w14:textId="77777777" w:rsidR="00F93C5D" w:rsidRDefault="00000000" w:rsidP="00166471">
      <w:pPr>
        <w:spacing w:after="60" w:line="240" w:lineRule="auto"/>
        <w:jc w:val="both"/>
      </w:pPr>
      <w:r>
        <w:t>Poradnia zapewnia małoletnim równe traktowanie oraz przestrzeganie ich praw.</w:t>
      </w:r>
    </w:p>
    <w:p w14:paraId="59135EB2" w14:textId="77777777" w:rsidR="00F93C5D" w:rsidRDefault="00F93C5D" w:rsidP="00166471">
      <w:pPr>
        <w:spacing w:after="60" w:line="240" w:lineRule="auto"/>
        <w:jc w:val="both"/>
      </w:pPr>
    </w:p>
    <w:p w14:paraId="5724C7C7" w14:textId="77777777" w:rsidR="00F93C5D" w:rsidRDefault="00000000" w:rsidP="00166471">
      <w:pPr>
        <w:spacing w:after="60" w:line="240" w:lineRule="auto"/>
        <w:jc w:val="both"/>
      </w:pPr>
      <w:r>
        <w:tab/>
        <w:t>Wskaźniki realizacji standardu:</w:t>
      </w:r>
    </w:p>
    <w:p w14:paraId="3910F376" w14:textId="77777777" w:rsidR="00F93C5D" w:rsidRDefault="00F93C5D" w:rsidP="00166471">
      <w:pPr>
        <w:spacing w:after="60" w:line="240" w:lineRule="auto"/>
        <w:jc w:val="both"/>
      </w:pPr>
    </w:p>
    <w:p w14:paraId="5A58CB5C" w14:textId="4F89F923" w:rsidR="00F93C5D" w:rsidRDefault="00000000" w:rsidP="00166471">
      <w:pPr>
        <w:spacing w:after="60" w:line="240" w:lineRule="auto"/>
        <w:jc w:val="both"/>
      </w:pPr>
      <w:r>
        <w:t>1.</w:t>
      </w:r>
      <w:r w:rsidR="003514CE">
        <w:t xml:space="preserve"> </w:t>
      </w:r>
      <w:proofErr w:type="spellStart"/>
      <w:r>
        <w:t>Poradnia</w:t>
      </w:r>
      <w:proofErr w:type="spellEnd"/>
      <w:r>
        <w:t xml:space="preserve"> </w:t>
      </w:r>
      <w:proofErr w:type="spellStart"/>
      <w:r>
        <w:t>oferuje</w:t>
      </w:r>
      <w:proofErr w:type="spellEnd"/>
      <w:r>
        <w:t xml:space="preserve"> </w:t>
      </w:r>
      <w:proofErr w:type="spellStart"/>
      <w:r>
        <w:t>edukację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praw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, </w:t>
      </w:r>
      <w:proofErr w:type="spellStart"/>
      <w:r>
        <w:t>człowieka</w:t>
      </w:r>
      <w:proofErr w:type="spellEnd"/>
      <w:r>
        <w:t xml:space="preserve"> oraz ochrony przed zagrożeniami przemocą i wykorzystywaniem. Upowszechniane są materiały zawierające:</w:t>
      </w:r>
    </w:p>
    <w:p w14:paraId="1B7E6BEE" w14:textId="51B69B51" w:rsidR="00F93C5D" w:rsidRDefault="00000000" w:rsidP="00166471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temat</w:t>
      </w:r>
      <w:proofErr w:type="spellEnd"/>
      <w:r>
        <w:t xml:space="preserve"> </w:t>
      </w:r>
      <w:proofErr w:type="spellStart"/>
      <w:r>
        <w:t>praw</w:t>
      </w:r>
      <w:proofErr w:type="spellEnd"/>
      <w:r>
        <w:t xml:space="preserve"> dziecka/praw człowieka,</w:t>
      </w:r>
    </w:p>
    <w:p w14:paraId="5BFF4554" w14:textId="461A634A" w:rsidR="00F93C5D" w:rsidRDefault="00000000" w:rsidP="00166471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temat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przemocą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wykorzystywaniem</w:t>
      </w:r>
      <w:proofErr w:type="spellEnd"/>
      <w:r>
        <w:t>,</w:t>
      </w:r>
    </w:p>
    <w:p w14:paraId="6B13865F" w14:textId="63B0F139" w:rsidR="00F93C5D" w:rsidRDefault="00000000" w:rsidP="00166471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informacje</w:t>
      </w:r>
      <w:proofErr w:type="spellEnd"/>
      <w:r>
        <w:t xml:space="preserve"> z </w:t>
      </w:r>
      <w:proofErr w:type="spellStart"/>
      <w:r>
        <w:t>zakresu</w:t>
      </w:r>
      <w:proofErr w:type="spellEnd"/>
      <w:r>
        <w:t xml:space="preserve"> </w:t>
      </w:r>
      <w:proofErr w:type="spellStart"/>
      <w:r>
        <w:t>profilaktyki</w:t>
      </w:r>
      <w:proofErr w:type="spellEnd"/>
      <w:r>
        <w:t xml:space="preserve"> </w:t>
      </w:r>
      <w:proofErr w:type="spellStart"/>
      <w:r>
        <w:t>przemocy</w:t>
      </w:r>
      <w:proofErr w:type="spellEnd"/>
      <w:r>
        <w:t xml:space="preserve"> </w:t>
      </w:r>
      <w:proofErr w:type="spellStart"/>
      <w:r>
        <w:t>rówieśniczej</w:t>
      </w:r>
      <w:proofErr w:type="spellEnd"/>
      <w:r>
        <w:t>,</w:t>
      </w:r>
    </w:p>
    <w:p w14:paraId="6716E910" w14:textId="56515141" w:rsidR="00F93C5D" w:rsidRDefault="00000000" w:rsidP="00166471">
      <w:pPr>
        <w:spacing w:after="60" w:line="240" w:lineRule="auto"/>
        <w:jc w:val="both"/>
      </w:pPr>
      <w:r>
        <w:t>•</w:t>
      </w:r>
      <w:r w:rsidR="003514CE"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temat</w:t>
      </w:r>
      <w:proofErr w:type="spellEnd"/>
      <w:r>
        <w:t xml:space="preserve"> </w:t>
      </w:r>
      <w:proofErr w:type="spellStart"/>
      <w:r>
        <w:t>zagrożeń</w:t>
      </w:r>
      <w:proofErr w:type="spellEnd"/>
      <w:r>
        <w:t xml:space="preserve"> </w:t>
      </w:r>
      <w:proofErr w:type="spellStart"/>
      <w:r>
        <w:t>bezpieczeństwa</w:t>
      </w:r>
      <w:proofErr w:type="spellEnd"/>
      <w:r>
        <w:t xml:space="preserve"> </w:t>
      </w:r>
      <w:proofErr w:type="spellStart"/>
      <w:r>
        <w:t>dzieci</w:t>
      </w:r>
      <w:proofErr w:type="spellEnd"/>
      <w:r>
        <w:t xml:space="preserve"> w </w:t>
      </w:r>
      <w:proofErr w:type="spellStart"/>
      <w:r>
        <w:t>Internecie</w:t>
      </w:r>
      <w:proofErr w:type="spellEnd"/>
      <w:r>
        <w:t>.</w:t>
      </w:r>
    </w:p>
    <w:p w14:paraId="74F80312" w14:textId="0B096051" w:rsidR="00F93C5D" w:rsidRDefault="00000000" w:rsidP="00166471">
      <w:pPr>
        <w:spacing w:after="60" w:line="240" w:lineRule="auto"/>
        <w:jc w:val="both"/>
      </w:pPr>
      <w:r>
        <w:t>2.</w:t>
      </w:r>
      <w:r w:rsidR="003514CE"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mają</w:t>
      </w:r>
      <w:proofErr w:type="spellEnd"/>
      <w:r>
        <w:t xml:space="preserve"> </w:t>
      </w:r>
      <w:proofErr w:type="spellStart"/>
      <w:r>
        <w:t>dostęp</w:t>
      </w:r>
      <w:proofErr w:type="spellEnd"/>
      <w:r>
        <w:t xml:space="preserve"> do </w:t>
      </w:r>
      <w:proofErr w:type="spellStart"/>
      <w:r>
        <w:t>informacji</w:t>
      </w:r>
      <w:proofErr w:type="spellEnd"/>
      <w:r>
        <w:t xml:space="preserve"> do </w:t>
      </w:r>
      <w:proofErr w:type="spellStart"/>
      <w:r>
        <w:t>kogo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się zgłosić po pomoc i radę                            w przypadku krzywdzenia lub wykorzystywania. </w:t>
      </w:r>
    </w:p>
    <w:p w14:paraId="699AB7D5" w14:textId="57D11DA0" w:rsidR="00F93C5D" w:rsidRDefault="00000000" w:rsidP="00166471">
      <w:pPr>
        <w:spacing w:after="60" w:line="240" w:lineRule="auto"/>
        <w:jc w:val="both"/>
      </w:pPr>
      <w:r>
        <w:t>3.</w:t>
      </w:r>
      <w:r w:rsidR="003514CE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dostępne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materiały</w:t>
      </w:r>
      <w:proofErr w:type="spellEnd"/>
      <w:r>
        <w:t xml:space="preserve"> edukacyjne w zakresie: praw dziecka, ochrony przed zagrożeniami przemocą i wykorzystywaniem seksualnym oraz zasad bezpieczeństwa                  w Internecie (broszury, ulotki, książki).</w:t>
      </w:r>
    </w:p>
    <w:p w14:paraId="6F8B4E9A" w14:textId="694383F8" w:rsidR="00F93C5D" w:rsidRDefault="00000000" w:rsidP="00166471">
      <w:pPr>
        <w:spacing w:after="60" w:line="240" w:lineRule="auto"/>
        <w:jc w:val="both"/>
      </w:pPr>
      <w:r>
        <w:t>4.</w:t>
      </w:r>
      <w:r w:rsidR="003514CE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wyeksponowane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na temat możliwości uzyskania pomocy w trudnej sytuacji, w tym numery bezpłatnych telefonów zaufania dla dzieci i młodzieży.</w:t>
      </w:r>
    </w:p>
    <w:p w14:paraId="4E535D2F" w14:textId="280180E6" w:rsidR="00F93C5D" w:rsidRDefault="00000000" w:rsidP="00166471">
      <w:pPr>
        <w:spacing w:after="60" w:line="240" w:lineRule="auto"/>
        <w:jc w:val="both"/>
      </w:pPr>
      <w:r>
        <w:t>5.</w:t>
      </w:r>
      <w:r w:rsidR="003514CE">
        <w:t xml:space="preserve"> </w:t>
      </w:r>
      <w:proofErr w:type="spellStart"/>
      <w:r>
        <w:t>Formy</w:t>
      </w:r>
      <w:proofErr w:type="spellEnd"/>
      <w:r>
        <w:t xml:space="preserve"> </w:t>
      </w:r>
      <w:proofErr w:type="spellStart"/>
      <w:r>
        <w:t>pomocy</w:t>
      </w:r>
      <w:proofErr w:type="spellEnd"/>
      <w:r>
        <w:t xml:space="preserve"> </w:t>
      </w:r>
      <w:proofErr w:type="spellStart"/>
      <w:r>
        <w:t>świadczonej</w:t>
      </w:r>
      <w:proofErr w:type="spellEnd"/>
      <w:r>
        <w:t xml:space="preserve"> 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dostosowane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do potrzeb dzieci ze specjalnymi potrzebami edukacyjnymi i z niepełnosprawnościami, </w:t>
      </w:r>
    </w:p>
    <w:p w14:paraId="6F2ABBFF" w14:textId="77777777" w:rsidR="00F93C5D" w:rsidRDefault="00F93C5D" w:rsidP="00166471">
      <w:pPr>
        <w:spacing w:after="60" w:line="240" w:lineRule="auto"/>
        <w:jc w:val="both"/>
      </w:pPr>
    </w:p>
    <w:p w14:paraId="557B235E" w14:textId="77777777" w:rsidR="00F93C5D" w:rsidRDefault="00000000" w:rsidP="00166471">
      <w:pPr>
        <w:spacing w:after="60" w:line="240" w:lineRule="auto"/>
        <w:jc w:val="both"/>
      </w:pPr>
      <w:r>
        <w:rPr>
          <w:b/>
        </w:rPr>
        <w:t>Standard V</w:t>
      </w:r>
    </w:p>
    <w:p w14:paraId="70089F31" w14:textId="77777777" w:rsidR="00F93C5D" w:rsidRDefault="00000000" w:rsidP="00166471">
      <w:pPr>
        <w:spacing w:after="60" w:line="240" w:lineRule="auto"/>
        <w:jc w:val="both"/>
      </w:pPr>
      <w:r>
        <w:t>Organizacja postępowania na wypadek krzywdzenia lub podejrzenia krzywdzenia małoletnich zapewnia skuteczną ochronę.</w:t>
      </w:r>
    </w:p>
    <w:p w14:paraId="15D01709" w14:textId="77777777" w:rsidR="00F93C5D" w:rsidRDefault="00F93C5D" w:rsidP="00166471">
      <w:pPr>
        <w:spacing w:after="60" w:line="240" w:lineRule="auto"/>
        <w:jc w:val="both"/>
      </w:pPr>
    </w:p>
    <w:p w14:paraId="6B106E09" w14:textId="77777777" w:rsidR="00F93C5D" w:rsidRDefault="00000000" w:rsidP="00166471">
      <w:pPr>
        <w:spacing w:after="60" w:line="240" w:lineRule="auto"/>
        <w:jc w:val="both"/>
      </w:pPr>
      <w:r>
        <w:tab/>
        <w:t>Wskaźniki realizacji standardu:</w:t>
      </w:r>
    </w:p>
    <w:p w14:paraId="705A5131" w14:textId="77777777" w:rsidR="00F93C5D" w:rsidRDefault="00F93C5D" w:rsidP="00166471">
      <w:pPr>
        <w:spacing w:after="60" w:line="240" w:lineRule="auto"/>
        <w:jc w:val="both"/>
      </w:pPr>
    </w:p>
    <w:p w14:paraId="53E9C3CE" w14:textId="00FAFB2D" w:rsidR="00F93C5D" w:rsidRDefault="00000000" w:rsidP="00166471">
      <w:pPr>
        <w:spacing w:after="60" w:line="240" w:lineRule="auto"/>
        <w:jc w:val="both"/>
      </w:pPr>
      <w:r>
        <w:t>1.</w:t>
      </w:r>
      <w:r w:rsidR="003514CE">
        <w:t xml:space="preserve"> </w:t>
      </w:r>
      <w:proofErr w:type="spellStart"/>
      <w:r>
        <w:t>Określono</w:t>
      </w:r>
      <w:proofErr w:type="spellEnd"/>
      <w:r>
        <w:t xml:space="preserve"> </w:t>
      </w:r>
      <w:proofErr w:type="spellStart"/>
      <w:r>
        <w:t>procedury</w:t>
      </w:r>
      <w:proofErr w:type="spellEnd"/>
      <w:r>
        <w:t xml:space="preserve"> </w:t>
      </w:r>
      <w:proofErr w:type="spellStart"/>
      <w:r>
        <w:t>interwencji</w:t>
      </w:r>
      <w:proofErr w:type="spellEnd"/>
      <w:r>
        <w:t xml:space="preserve"> </w:t>
      </w:r>
      <w:proofErr w:type="spellStart"/>
      <w:r>
        <w:t>personelu</w:t>
      </w:r>
      <w:proofErr w:type="spellEnd"/>
      <w:r>
        <w:t xml:space="preserve"> w sytuacjach krzywdzenia lub podejrzenia krzywdzenia małoletniego.</w:t>
      </w:r>
    </w:p>
    <w:p w14:paraId="4A098B2E" w14:textId="29692FF0" w:rsidR="00F93C5D" w:rsidRDefault="00000000" w:rsidP="00166471">
      <w:pPr>
        <w:spacing w:after="60" w:line="240" w:lineRule="auto"/>
        <w:jc w:val="both"/>
      </w:pPr>
      <w:r>
        <w:t>2.</w:t>
      </w:r>
      <w:r w:rsidR="003514CE">
        <w:t xml:space="preserve"> </w:t>
      </w:r>
      <w:proofErr w:type="spellStart"/>
      <w:r>
        <w:t>Postępowanie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wypadek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podejrzenia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nie może naruszać jego godności, wolności, prawa do prywatności oraz nie może powodować szkody na jego zdrowiu psychicznym lub fizycznym (poczucie krzywdy, poniżenia, zagrożenia, wstydu).</w:t>
      </w:r>
    </w:p>
    <w:p w14:paraId="6B2D3947" w14:textId="76E4F48A" w:rsidR="00F93C5D" w:rsidRDefault="00000000" w:rsidP="00166471">
      <w:pPr>
        <w:spacing w:after="60" w:line="240" w:lineRule="auto"/>
        <w:jc w:val="both"/>
      </w:pPr>
      <w:r>
        <w:t>3.</w:t>
      </w:r>
      <w:r w:rsidR="003514CE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ustalone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zasady</w:t>
      </w:r>
      <w:proofErr w:type="spellEnd"/>
      <w:r>
        <w:t xml:space="preserve"> wsparcia małoletniego po ujawnieniu doznanej przez niego krzywdy.</w:t>
      </w:r>
    </w:p>
    <w:p w14:paraId="40FB4344" w14:textId="639E8429" w:rsidR="00F93C5D" w:rsidRDefault="00000000" w:rsidP="00166471">
      <w:pPr>
        <w:spacing w:after="60" w:line="240" w:lineRule="auto"/>
        <w:jc w:val="both"/>
      </w:pPr>
      <w:r>
        <w:lastRenderedPageBreak/>
        <w:t>4.</w:t>
      </w:r>
      <w:r w:rsidR="003514CE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wskazano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odpowiedzialne</w:t>
      </w:r>
      <w:proofErr w:type="spellEnd"/>
      <w:r>
        <w:t xml:space="preserve"> za składanie zawiadomień o popełnieniu przestępstwa na szkodę małoletniego, zawiadomienie sądu opiekuńczego oraz wszczynanie procedury „Niebieskiej Karty”.</w:t>
      </w:r>
    </w:p>
    <w:p w14:paraId="025065E4" w14:textId="005BE910" w:rsidR="00F93C5D" w:rsidRDefault="00000000" w:rsidP="00166471">
      <w:pPr>
        <w:spacing w:after="60" w:line="240" w:lineRule="auto"/>
        <w:jc w:val="both"/>
      </w:pPr>
      <w:r>
        <w:t>5.</w:t>
      </w:r>
      <w:r w:rsidR="003514CE">
        <w:t xml:space="preserve"> </w:t>
      </w:r>
      <w:proofErr w:type="spellStart"/>
      <w:r>
        <w:t>Podmioty</w:t>
      </w:r>
      <w:proofErr w:type="spellEnd"/>
      <w:r>
        <w:t xml:space="preserve"> </w:t>
      </w:r>
      <w:proofErr w:type="spellStart"/>
      <w:r>
        <w:t>postępowania</w:t>
      </w:r>
      <w:proofErr w:type="spellEnd"/>
      <w:r>
        <w:t xml:space="preserve"> </w:t>
      </w:r>
      <w:proofErr w:type="spellStart"/>
      <w:r>
        <w:t>uprawnione</w:t>
      </w:r>
      <w:proofErr w:type="spellEnd"/>
      <w:r>
        <w:t xml:space="preserve"> do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uczestników</w:t>
      </w:r>
      <w:proofErr w:type="spellEnd"/>
      <w:r>
        <w:t xml:space="preserve"> postępowania w sprawach krzywdzenia małoletnich przestrzegają Polityki Bezpieczeństwa Przetwarzania Danych Osobowych, obowiązującej w poradni (RODO).</w:t>
      </w:r>
    </w:p>
    <w:p w14:paraId="61619BAA" w14:textId="77777777" w:rsidR="00F93C5D" w:rsidRDefault="00F93C5D" w:rsidP="00166471">
      <w:pPr>
        <w:spacing w:after="60" w:line="240" w:lineRule="auto"/>
        <w:jc w:val="both"/>
      </w:pPr>
    </w:p>
    <w:p w14:paraId="789DBFAB" w14:textId="77777777" w:rsidR="00F93C5D" w:rsidRDefault="00000000" w:rsidP="00166471">
      <w:pPr>
        <w:spacing w:after="60" w:line="240" w:lineRule="auto"/>
        <w:jc w:val="both"/>
      </w:pPr>
      <w:r>
        <w:rPr>
          <w:b/>
        </w:rPr>
        <w:t>Standard VI</w:t>
      </w:r>
    </w:p>
    <w:p w14:paraId="56CEFE14" w14:textId="77777777" w:rsidR="00F93C5D" w:rsidRDefault="00000000" w:rsidP="00166471">
      <w:pPr>
        <w:spacing w:after="60" w:line="240" w:lineRule="auto"/>
        <w:jc w:val="both"/>
      </w:pPr>
      <w:r>
        <w:t>W poradni wzmacniane jest poczucie bezpieczeństwa małoletnich w obszarze relacji społecznych oraz ochrony przed treściami szkodliwymi i zagrożeniami.</w:t>
      </w:r>
    </w:p>
    <w:p w14:paraId="5DF621F3" w14:textId="77777777" w:rsidR="00F93C5D" w:rsidRDefault="00F93C5D" w:rsidP="00166471">
      <w:pPr>
        <w:spacing w:after="60" w:line="240" w:lineRule="auto"/>
        <w:jc w:val="both"/>
      </w:pPr>
    </w:p>
    <w:p w14:paraId="46815B91" w14:textId="77777777" w:rsidR="00F93C5D" w:rsidRDefault="00000000" w:rsidP="00166471">
      <w:pPr>
        <w:spacing w:after="60" w:line="240" w:lineRule="auto"/>
        <w:jc w:val="both"/>
      </w:pPr>
      <w:r>
        <w:tab/>
        <w:t>Wskaźniki realizacji standardu:</w:t>
      </w:r>
    </w:p>
    <w:p w14:paraId="6BA29FEA" w14:textId="77777777" w:rsidR="00F93C5D" w:rsidRDefault="00F93C5D" w:rsidP="00166471">
      <w:pPr>
        <w:spacing w:after="60" w:line="240" w:lineRule="auto"/>
        <w:jc w:val="both"/>
      </w:pPr>
    </w:p>
    <w:p w14:paraId="58DDD6D5" w14:textId="47A1C942" w:rsidR="00F93C5D" w:rsidRDefault="00000000" w:rsidP="00166471">
      <w:pPr>
        <w:spacing w:after="60" w:line="240" w:lineRule="auto"/>
        <w:jc w:val="both"/>
      </w:pPr>
      <w:r>
        <w:t>1.</w:t>
      </w:r>
      <w:r w:rsidR="002705F4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opracowano</w:t>
      </w:r>
      <w:proofErr w:type="spellEnd"/>
      <w:r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zapewniające</w:t>
      </w:r>
      <w:proofErr w:type="spellEnd"/>
      <w:r>
        <w:t xml:space="preserve"> bezpieczne relacje między małoletnimi                    a personelem  a w szczególności zachowania niedozwolone.</w:t>
      </w:r>
    </w:p>
    <w:p w14:paraId="518788E9" w14:textId="7941B996" w:rsidR="00F93C5D" w:rsidRDefault="00000000" w:rsidP="00166471">
      <w:pPr>
        <w:spacing w:after="60" w:line="240" w:lineRule="auto"/>
        <w:jc w:val="both"/>
      </w:pPr>
      <w:r>
        <w:t>2.</w:t>
      </w:r>
      <w:r w:rsidR="002705F4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określono</w:t>
      </w:r>
      <w:proofErr w:type="spellEnd"/>
      <w:r>
        <w:t xml:space="preserve"> </w:t>
      </w:r>
      <w:proofErr w:type="spellStart"/>
      <w:r>
        <w:t>wymogi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bezpiecznych relacji między małoletnimi.</w:t>
      </w:r>
    </w:p>
    <w:p w14:paraId="579C4330" w14:textId="7A5F07F7" w:rsidR="00F93C5D" w:rsidRDefault="00000000" w:rsidP="00166471">
      <w:pPr>
        <w:spacing w:after="60" w:line="240" w:lineRule="auto"/>
        <w:jc w:val="both"/>
      </w:pPr>
      <w:r>
        <w:t>3.</w:t>
      </w:r>
      <w:r w:rsidR="002705F4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opracowano</w:t>
      </w:r>
      <w:proofErr w:type="spellEnd"/>
      <w:r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korzystania</w:t>
      </w:r>
      <w:proofErr w:type="spellEnd"/>
      <w:r>
        <w:t xml:space="preserve"> z urządzeń elektronicznych z dostępem do sieci internetowej oraz procedury ochrony małoletnich przed treściami szkodliwymi                               i zagrożeniami w Internecie.</w:t>
      </w:r>
    </w:p>
    <w:p w14:paraId="20CA5B89" w14:textId="5D5BE6BE" w:rsidR="00F93C5D" w:rsidRDefault="00000000" w:rsidP="00166471">
      <w:pPr>
        <w:spacing w:after="60" w:line="240" w:lineRule="auto"/>
        <w:jc w:val="both"/>
      </w:pPr>
      <w:r>
        <w:t>4.</w:t>
      </w:r>
      <w:r w:rsidR="002705F4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opracowano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wdrożono</w:t>
      </w:r>
      <w:proofErr w:type="spellEnd"/>
      <w:r>
        <w:t xml:space="preserve"> procedury ochrony małoletnich przed krzywdzeniem                      w sytuacjach: przemocy domowej oraz cyberprzemocy.</w:t>
      </w:r>
    </w:p>
    <w:p w14:paraId="0E265B1C" w14:textId="5BAB6BF2" w:rsidR="00F93C5D" w:rsidRDefault="00000000" w:rsidP="00166471">
      <w:pPr>
        <w:spacing w:after="60" w:line="240" w:lineRule="auto"/>
        <w:jc w:val="both"/>
      </w:pPr>
      <w:r>
        <w:t>5.</w:t>
      </w:r>
      <w:r w:rsidR="002705F4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stosuje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procedurę</w:t>
      </w:r>
      <w:proofErr w:type="spellEnd"/>
      <w:r>
        <w:t xml:space="preserve"> „Niebieskiej Karty”.</w:t>
      </w:r>
    </w:p>
    <w:p w14:paraId="7081E775" w14:textId="26ADFE34" w:rsidR="00F93C5D" w:rsidRDefault="00000000" w:rsidP="00166471">
      <w:pPr>
        <w:spacing w:after="60" w:line="240" w:lineRule="auto"/>
        <w:jc w:val="both"/>
      </w:pPr>
      <w:r>
        <w:t>6.</w:t>
      </w:r>
      <w:r w:rsidR="002705F4">
        <w:t xml:space="preserve"> </w:t>
      </w:r>
      <w:proofErr w:type="spellStart"/>
      <w:r>
        <w:t>Pracownicy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realizują</w:t>
      </w:r>
      <w:proofErr w:type="spellEnd"/>
      <w:r>
        <w:t xml:space="preserve"> plan </w:t>
      </w:r>
      <w:proofErr w:type="spellStart"/>
      <w:r>
        <w:t>wsparcia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po </w:t>
      </w:r>
      <w:proofErr w:type="spellStart"/>
      <w:r>
        <w:t>ujawnieniu</w:t>
      </w:r>
      <w:proofErr w:type="spellEnd"/>
      <w:r>
        <w:t xml:space="preserve"> doznanej przez niego krzywdy.</w:t>
      </w:r>
    </w:p>
    <w:p w14:paraId="42996CBD" w14:textId="77777777" w:rsidR="00F93C5D" w:rsidRDefault="00F93C5D" w:rsidP="00166471">
      <w:pPr>
        <w:spacing w:after="60" w:line="240" w:lineRule="auto"/>
        <w:jc w:val="both"/>
      </w:pPr>
    </w:p>
    <w:p w14:paraId="12ED649B" w14:textId="77777777" w:rsidR="00F93C5D" w:rsidRDefault="00000000" w:rsidP="00166471">
      <w:pPr>
        <w:spacing w:after="60" w:line="240" w:lineRule="auto"/>
        <w:jc w:val="both"/>
      </w:pPr>
      <w:r>
        <w:rPr>
          <w:b/>
        </w:rPr>
        <w:t>Standard VII</w:t>
      </w:r>
    </w:p>
    <w:p w14:paraId="38394EE6" w14:textId="77777777" w:rsidR="00F93C5D" w:rsidRDefault="00000000" w:rsidP="00166471">
      <w:pPr>
        <w:spacing w:after="60" w:line="240" w:lineRule="auto"/>
        <w:jc w:val="both"/>
      </w:pPr>
      <w:r>
        <w:t>Działania podejmowane w ramach ochrony małoletnich przed krzywdzeniem są</w:t>
      </w:r>
    </w:p>
    <w:p w14:paraId="09949710" w14:textId="77777777" w:rsidR="00F93C5D" w:rsidRDefault="00000000" w:rsidP="00166471">
      <w:pPr>
        <w:spacing w:after="60" w:line="240" w:lineRule="auto"/>
        <w:jc w:val="both"/>
      </w:pPr>
      <w:r>
        <w:t>dokumentowane.</w:t>
      </w:r>
    </w:p>
    <w:p w14:paraId="2473FB8F" w14:textId="77777777" w:rsidR="00F93C5D" w:rsidRDefault="00F93C5D" w:rsidP="00166471">
      <w:pPr>
        <w:spacing w:after="60" w:line="240" w:lineRule="auto"/>
        <w:jc w:val="both"/>
      </w:pPr>
    </w:p>
    <w:p w14:paraId="10866003" w14:textId="77777777" w:rsidR="00F93C5D" w:rsidRDefault="00000000" w:rsidP="00166471">
      <w:pPr>
        <w:spacing w:after="60" w:line="240" w:lineRule="auto"/>
        <w:jc w:val="both"/>
      </w:pPr>
      <w:r>
        <w:tab/>
        <w:t>Wskaźniki realizacji standardu:</w:t>
      </w:r>
    </w:p>
    <w:p w14:paraId="0E1E1C60" w14:textId="77777777" w:rsidR="00F93C5D" w:rsidRDefault="00F93C5D" w:rsidP="00166471">
      <w:pPr>
        <w:spacing w:after="60" w:line="240" w:lineRule="auto"/>
        <w:jc w:val="both"/>
      </w:pPr>
    </w:p>
    <w:p w14:paraId="343334B7" w14:textId="55E987B3" w:rsidR="00F93C5D" w:rsidRDefault="00000000" w:rsidP="00166471">
      <w:pPr>
        <w:spacing w:after="60" w:line="240" w:lineRule="auto"/>
        <w:jc w:val="both"/>
      </w:pPr>
      <w:r>
        <w:t>1.</w:t>
      </w:r>
      <w:r w:rsidR="002705F4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prowadzony</w:t>
      </w:r>
      <w:proofErr w:type="spellEnd"/>
      <w:r>
        <w:t xml:space="preserve"> jest </w:t>
      </w:r>
      <w:proofErr w:type="spellStart"/>
      <w:r>
        <w:t>rejestr</w:t>
      </w:r>
      <w:proofErr w:type="spellEnd"/>
      <w:r>
        <w:t xml:space="preserve"> spraw zgłaszanych i rozpatrywanych w związku                        z podejrzeniem lub krzywdzeniem małoletnich.</w:t>
      </w:r>
    </w:p>
    <w:p w14:paraId="2B7A1FE8" w14:textId="762AA305" w:rsidR="00F93C5D" w:rsidRDefault="00000000" w:rsidP="00166471">
      <w:pPr>
        <w:spacing w:after="60" w:line="240" w:lineRule="auto"/>
        <w:jc w:val="both"/>
      </w:pPr>
      <w:r>
        <w:t>2.</w:t>
      </w:r>
      <w:r w:rsidR="002705F4">
        <w:t xml:space="preserve"> </w:t>
      </w:r>
      <w:r>
        <w:t xml:space="preserve">W </w:t>
      </w:r>
      <w:proofErr w:type="spellStart"/>
      <w:r>
        <w:t>procedurze</w:t>
      </w:r>
      <w:proofErr w:type="spellEnd"/>
      <w:r>
        <w:t xml:space="preserve"> „</w:t>
      </w:r>
      <w:proofErr w:type="spellStart"/>
      <w:r>
        <w:t>Niebieskiej</w:t>
      </w:r>
      <w:proofErr w:type="spellEnd"/>
      <w:r>
        <w:t xml:space="preserve"> Karty” </w:t>
      </w:r>
      <w:proofErr w:type="spellStart"/>
      <w:r>
        <w:t>stosowane</w:t>
      </w:r>
      <w:proofErr w:type="spellEnd"/>
      <w:r>
        <w:t xml:space="preserve"> są wzory Kart „A” i „B” oraz kwestionariusze rozpoznania przemocy domowej.</w:t>
      </w:r>
    </w:p>
    <w:p w14:paraId="0726CF71" w14:textId="55AB6B9A" w:rsidR="00F93C5D" w:rsidRDefault="00000000" w:rsidP="00166471">
      <w:pPr>
        <w:spacing w:after="60" w:line="240" w:lineRule="auto"/>
        <w:jc w:val="both"/>
      </w:pPr>
      <w:r>
        <w:t>3.</w:t>
      </w:r>
      <w:r w:rsidR="002705F4">
        <w:t xml:space="preserve"> </w:t>
      </w:r>
      <w:proofErr w:type="spellStart"/>
      <w:r>
        <w:t>Obieg</w:t>
      </w:r>
      <w:proofErr w:type="spellEnd"/>
      <w:r>
        <w:t xml:space="preserve"> </w:t>
      </w:r>
      <w:proofErr w:type="spellStart"/>
      <w:r>
        <w:t>dokumentów</w:t>
      </w:r>
      <w:proofErr w:type="spellEnd"/>
      <w:r>
        <w:t xml:space="preserve"> w </w:t>
      </w:r>
      <w:proofErr w:type="spellStart"/>
      <w:r>
        <w:t>sprawach</w:t>
      </w:r>
      <w:proofErr w:type="spellEnd"/>
      <w:r>
        <w:t xml:space="preserve"> </w:t>
      </w:r>
      <w:proofErr w:type="spellStart"/>
      <w:r>
        <w:t>związanych</w:t>
      </w:r>
      <w:proofErr w:type="spellEnd"/>
      <w:r>
        <w:t xml:space="preserve"> z </w:t>
      </w:r>
      <w:proofErr w:type="spellStart"/>
      <w:r>
        <w:t>krzywdzeniem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określa Instrukcja Kancelaryjna.</w:t>
      </w:r>
    </w:p>
    <w:p w14:paraId="76F0D274" w14:textId="72B42FEC" w:rsidR="00F93C5D" w:rsidRDefault="00000000" w:rsidP="00166471">
      <w:pPr>
        <w:spacing w:after="60" w:line="240" w:lineRule="auto"/>
        <w:jc w:val="both"/>
      </w:pPr>
      <w:r>
        <w:t>4.</w:t>
      </w:r>
      <w:r w:rsidR="002705F4"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przechowywania</w:t>
      </w:r>
      <w:proofErr w:type="spellEnd"/>
      <w:r>
        <w:t xml:space="preserve"> </w:t>
      </w:r>
      <w:proofErr w:type="spellStart"/>
      <w:r>
        <w:t>ujawnionych</w:t>
      </w:r>
      <w:proofErr w:type="spellEnd"/>
      <w:r>
        <w:t xml:space="preserve"> </w:t>
      </w:r>
      <w:proofErr w:type="spellStart"/>
      <w:r>
        <w:t>incydentów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zgłoszonych</w:t>
      </w:r>
      <w:proofErr w:type="spellEnd"/>
      <w:r>
        <w:t xml:space="preserve"> </w:t>
      </w:r>
      <w:proofErr w:type="spellStart"/>
      <w:r>
        <w:t>incydentów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zdarzeń zagrażających dobru małoletniemu jest zgodny z Instrukcją Archiwizacyjną.</w:t>
      </w:r>
    </w:p>
    <w:p w14:paraId="0FC69305" w14:textId="77777777" w:rsidR="00F93C5D" w:rsidRDefault="00F93C5D" w:rsidP="00166471">
      <w:pPr>
        <w:spacing w:after="60" w:line="240" w:lineRule="auto"/>
        <w:jc w:val="both"/>
      </w:pPr>
    </w:p>
    <w:p w14:paraId="5002E96D" w14:textId="77777777" w:rsidR="00F93C5D" w:rsidRDefault="00000000" w:rsidP="00166471">
      <w:pPr>
        <w:spacing w:after="60" w:line="240" w:lineRule="auto"/>
        <w:jc w:val="both"/>
      </w:pPr>
      <w:r>
        <w:rPr>
          <w:b/>
        </w:rPr>
        <w:t>Standard VIII</w:t>
      </w:r>
    </w:p>
    <w:p w14:paraId="1AC1E6CC" w14:textId="77777777" w:rsidR="00F93C5D" w:rsidRDefault="00000000" w:rsidP="00166471">
      <w:pPr>
        <w:spacing w:after="60" w:line="240" w:lineRule="auto"/>
        <w:jc w:val="both"/>
      </w:pPr>
      <w:r>
        <w:t>Poradnia monitoruje i okresowo weryfikuje zgodność prowadzonych działań z przyjętymi zasadami i procedurami ochrony małoletnich.</w:t>
      </w:r>
    </w:p>
    <w:p w14:paraId="1BBFDEAD" w14:textId="77777777" w:rsidR="00F93C5D" w:rsidRDefault="00F93C5D" w:rsidP="00166471">
      <w:pPr>
        <w:spacing w:after="60" w:line="240" w:lineRule="auto"/>
        <w:jc w:val="both"/>
      </w:pPr>
    </w:p>
    <w:p w14:paraId="2ACE6007" w14:textId="77777777" w:rsidR="00F93C5D" w:rsidRDefault="00000000" w:rsidP="00166471">
      <w:pPr>
        <w:spacing w:after="60" w:line="240" w:lineRule="auto"/>
        <w:jc w:val="both"/>
      </w:pPr>
      <w:r>
        <w:tab/>
        <w:t>Wskaźniki realizacji standardu:</w:t>
      </w:r>
    </w:p>
    <w:p w14:paraId="4A46A377" w14:textId="77777777" w:rsidR="00F93C5D" w:rsidRDefault="00F93C5D" w:rsidP="00166471">
      <w:pPr>
        <w:spacing w:after="60" w:line="240" w:lineRule="auto"/>
        <w:jc w:val="both"/>
      </w:pPr>
    </w:p>
    <w:p w14:paraId="18CDE8C6" w14:textId="51596CAC" w:rsidR="00F93C5D" w:rsidRPr="002705F4" w:rsidRDefault="00000000" w:rsidP="00166471">
      <w:pPr>
        <w:spacing w:after="60" w:line="240" w:lineRule="auto"/>
        <w:jc w:val="both"/>
        <w:rPr>
          <w:sz w:val="22"/>
        </w:rPr>
      </w:pPr>
      <w:r>
        <w:t>1.</w:t>
      </w:r>
      <w:r w:rsidR="002705F4">
        <w:t xml:space="preserve"> </w:t>
      </w:r>
      <w:proofErr w:type="spellStart"/>
      <w:r w:rsidRPr="002705F4">
        <w:rPr>
          <w:szCs w:val="24"/>
        </w:rPr>
        <w:t>Przyjęte</w:t>
      </w:r>
      <w:proofErr w:type="spellEnd"/>
      <w:r w:rsidRPr="002705F4">
        <w:rPr>
          <w:szCs w:val="24"/>
        </w:rPr>
        <w:t xml:space="preserve"> </w:t>
      </w:r>
      <w:proofErr w:type="spellStart"/>
      <w:r w:rsidRPr="002705F4">
        <w:rPr>
          <w:szCs w:val="24"/>
        </w:rPr>
        <w:t>zasady</w:t>
      </w:r>
      <w:proofErr w:type="spellEnd"/>
      <w:r w:rsidRPr="002705F4">
        <w:rPr>
          <w:szCs w:val="24"/>
        </w:rPr>
        <w:t xml:space="preserve"> </w:t>
      </w:r>
      <w:proofErr w:type="spellStart"/>
      <w:r w:rsidRPr="002705F4">
        <w:rPr>
          <w:szCs w:val="24"/>
        </w:rPr>
        <w:t>i</w:t>
      </w:r>
      <w:proofErr w:type="spellEnd"/>
      <w:r w:rsidRPr="002705F4">
        <w:rPr>
          <w:szCs w:val="24"/>
        </w:rPr>
        <w:t xml:space="preserve"> </w:t>
      </w:r>
      <w:proofErr w:type="spellStart"/>
      <w:r w:rsidRPr="002705F4">
        <w:rPr>
          <w:szCs w:val="24"/>
        </w:rPr>
        <w:t>realizowane</w:t>
      </w:r>
      <w:proofErr w:type="spellEnd"/>
      <w:r w:rsidRPr="002705F4">
        <w:rPr>
          <w:szCs w:val="24"/>
        </w:rPr>
        <w:t xml:space="preserve"> procedury ochrony małoletnich są oceniane co najmniej raz na dwa lata w celu zapewnienia ich dostosowania do aktualnych potrzeb oraz zgodności z obowiązującymi przepisami prawa. </w:t>
      </w:r>
      <w:proofErr w:type="spellStart"/>
      <w:r w:rsidRPr="002705F4">
        <w:rPr>
          <w:szCs w:val="24"/>
        </w:rPr>
        <w:t>Wnioski</w:t>
      </w:r>
      <w:proofErr w:type="spellEnd"/>
      <w:r w:rsidRPr="002705F4">
        <w:rPr>
          <w:szCs w:val="24"/>
        </w:rPr>
        <w:t xml:space="preserve"> z </w:t>
      </w:r>
      <w:proofErr w:type="spellStart"/>
      <w:r w:rsidRPr="002705F4">
        <w:rPr>
          <w:szCs w:val="24"/>
        </w:rPr>
        <w:t>przeprowadzonej</w:t>
      </w:r>
      <w:proofErr w:type="spellEnd"/>
      <w:r w:rsidRPr="002705F4">
        <w:rPr>
          <w:szCs w:val="24"/>
        </w:rPr>
        <w:t xml:space="preserve"> </w:t>
      </w:r>
      <w:proofErr w:type="spellStart"/>
      <w:r w:rsidRPr="002705F4">
        <w:rPr>
          <w:szCs w:val="24"/>
        </w:rPr>
        <w:t>oceny</w:t>
      </w:r>
      <w:proofErr w:type="spellEnd"/>
      <w:r w:rsidRPr="002705F4">
        <w:rPr>
          <w:szCs w:val="24"/>
        </w:rPr>
        <w:t xml:space="preserve"> </w:t>
      </w:r>
      <w:proofErr w:type="spellStart"/>
      <w:r w:rsidRPr="002705F4">
        <w:rPr>
          <w:szCs w:val="24"/>
        </w:rPr>
        <w:t>są</w:t>
      </w:r>
      <w:proofErr w:type="spellEnd"/>
      <w:r w:rsidRPr="002705F4">
        <w:rPr>
          <w:szCs w:val="24"/>
        </w:rPr>
        <w:t xml:space="preserve"> </w:t>
      </w:r>
      <w:proofErr w:type="spellStart"/>
      <w:r w:rsidRPr="002705F4">
        <w:rPr>
          <w:szCs w:val="24"/>
        </w:rPr>
        <w:t>pisemnie</w:t>
      </w:r>
      <w:proofErr w:type="spellEnd"/>
      <w:r w:rsidRPr="002705F4">
        <w:rPr>
          <w:szCs w:val="24"/>
        </w:rPr>
        <w:t xml:space="preserve"> </w:t>
      </w:r>
      <w:proofErr w:type="spellStart"/>
      <w:r w:rsidRPr="002705F4">
        <w:rPr>
          <w:szCs w:val="24"/>
        </w:rPr>
        <w:t>dokumentowane</w:t>
      </w:r>
      <w:proofErr w:type="spellEnd"/>
      <w:r w:rsidRPr="002705F4">
        <w:rPr>
          <w:szCs w:val="24"/>
        </w:rPr>
        <w:t>.</w:t>
      </w:r>
    </w:p>
    <w:p w14:paraId="2E67AD07" w14:textId="2A99DBEC" w:rsidR="00F93C5D" w:rsidRDefault="00000000" w:rsidP="00166471">
      <w:pPr>
        <w:spacing w:after="60" w:line="240" w:lineRule="auto"/>
        <w:jc w:val="both"/>
      </w:pPr>
      <w:r>
        <w:t>2.</w:t>
      </w:r>
      <w:r w:rsidR="002705F4">
        <w:t xml:space="preserve"> </w:t>
      </w:r>
      <w:r>
        <w:t xml:space="preserve">W </w:t>
      </w:r>
      <w:proofErr w:type="spellStart"/>
      <w:r>
        <w:t>ramach</w:t>
      </w:r>
      <w:proofErr w:type="spellEnd"/>
      <w:r>
        <w:t xml:space="preserve">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praktyk ochrony małoletnich poradnia pozyskuje opinie małoletnich oraz ich rodziców lub opiekunów prawnych.</w:t>
      </w:r>
    </w:p>
    <w:p w14:paraId="5A65A8C1" w14:textId="10921AFE" w:rsidR="00F93C5D" w:rsidRDefault="00000000" w:rsidP="00166471">
      <w:pPr>
        <w:spacing w:after="60" w:line="240" w:lineRule="auto"/>
        <w:jc w:val="both"/>
      </w:pPr>
      <w:r>
        <w:t>3.</w:t>
      </w:r>
      <w:r w:rsidR="002705F4">
        <w:t xml:space="preserve"> </w:t>
      </w:r>
      <w:r>
        <w:t xml:space="preserve">Do </w:t>
      </w:r>
      <w:proofErr w:type="spellStart"/>
      <w:r>
        <w:t>weryfikacji</w:t>
      </w:r>
      <w:proofErr w:type="spellEnd"/>
      <w:r>
        <w:t xml:space="preserve"> </w:t>
      </w:r>
      <w:proofErr w:type="spellStart"/>
      <w:r>
        <w:t>dokumentacji</w:t>
      </w:r>
      <w:proofErr w:type="spellEnd"/>
      <w:r>
        <w:t xml:space="preserve"> </w:t>
      </w:r>
      <w:proofErr w:type="spellStart"/>
      <w:r>
        <w:t>wykorzystywane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wnioski z kontroli „Standardów ochrony małoletnich” przez uprawnione do kontroli podmioty zewnętrzne.</w:t>
      </w:r>
    </w:p>
    <w:p w14:paraId="0907CB55" w14:textId="4E82B53F" w:rsidR="00F93C5D" w:rsidRDefault="00000000" w:rsidP="00166471">
      <w:pPr>
        <w:spacing w:after="60" w:line="240" w:lineRule="auto"/>
        <w:jc w:val="both"/>
      </w:pPr>
      <w:r>
        <w:t>4.</w:t>
      </w:r>
      <w:r w:rsidR="002705F4"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monitoringu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termin</w:t>
      </w:r>
      <w:proofErr w:type="spellEnd"/>
      <w:r>
        <w:t xml:space="preserve">, </w:t>
      </w:r>
      <w:proofErr w:type="spellStart"/>
      <w:r>
        <w:t>zakres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kontroli</w:t>
      </w:r>
      <w:proofErr w:type="spellEnd"/>
      <w:r>
        <w:t xml:space="preserve"> określa dyrektor poradni.</w:t>
      </w:r>
    </w:p>
    <w:p w14:paraId="0B103FD8" w14:textId="77777777" w:rsidR="00F93C5D" w:rsidRDefault="00F93C5D" w:rsidP="00166471">
      <w:pPr>
        <w:spacing w:after="60" w:line="240" w:lineRule="auto"/>
        <w:jc w:val="both"/>
      </w:pPr>
    </w:p>
    <w:p w14:paraId="096DEB48" w14:textId="77777777" w:rsidR="00F93C5D" w:rsidRDefault="00F93C5D" w:rsidP="00166471">
      <w:pPr>
        <w:spacing w:after="60" w:line="240" w:lineRule="auto"/>
        <w:jc w:val="both"/>
      </w:pPr>
    </w:p>
    <w:p w14:paraId="58E7EA45" w14:textId="77777777" w:rsidR="00F93C5D" w:rsidRDefault="00000000" w:rsidP="00166471">
      <w:pPr>
        <w:spacing w:after="60" w:line="240" w:lineRule="auto"/>
        <w:jc w:val="both"/>
      </w:pPr>
      <w:r>
        <w:rPr>
          <w:b/>
        </w:rPr>
        <w:t>Rozdział 3</w:t>
      </w:r>
    </w:p>
    <w:p w14:paraId="54132CFC" w14:textId="77777777" w:rsidR="00F93C5D" w:rsidRDefault="00F93C5D" w:rsidP="00166471">
      <w:pPr>
        <w:spacing w:after="60" w:line="240" w:lineRule="auto"/>
        <w:jc w:val="both"/>
      </w:pPr>
    </w:p>
    <w:p w14:paraId="7EB1AA2B" w14:textId="77777777" w:rsidR="00F93C5D" w:rsidRDefault="00000000" w:rsidP="00166471">
      <w:pPr>
        <w:spacing w:after="60" w:line="240" w:lineRule="auto"/>
        <w:jc w:val="both"/>
      </w:pPr>
      <w:r>
        <w:t xml:space="preserve">ZASADY OCHRONY MAŁOLETNICH PRZED KRZYWDZENIEM </w:t>
      </w:r>
    </w:p>
    <w:p w14:paraId="00DA1FAC" w14:textId="77777777" w:rsidR="00F93C5D" w:rsidRDefault="00000000" w:rsidP="00166471">
      <w:pPr>
        <w:spacing w:after="60" w:line="240" w:lineRule="auto"/>
        <w:jc w:val="both"/>
      </w:pPr>
      <w:r>
        <w:t xml:space="preserve">OBOWIĄZUJĄCE W PORADNI </w:t>
      </w:r>
    </w:p>
    <w:p w14:paraId="4AFDBA43" w14:textId="77777777" w:rsidR="00F93C5D" w:rsidRDefault="00F93C5D" w:rsidP="00166471">
      <w:pPr>
        <w:spacing w:after="60" w:line="240" w:lineRule="auto"/>
        <w:jc w:val="both"/>
      </w:pPr>
    </w:p>
    <w:p w14:paraId="02DF7FB3" w14:textId="77777777" w:rsidR="00F93C5D" w:rsidRDefault="00000000" w:rsidP="00166471">
      <w:pPr>
        <w:spacing w:after="60" w:line="240" w:lineRule="auto"/>
        <w:jc w:val="both"/>
      </w:pPr>
      <w:r>
        <w:t>3.1 Zasady zatrudniania pracowników w poradni oraz dopuszczania innych osób do kontaktu nad małoletnimi</w:t>
      </w:r>
    </w:p>
    <w:p w14:paraId="5332AF6C" w14:textId="77777777" w:rsidR="00F93C5D" w:rsidRDefault="00F93C5D" w:rsidP="00166471">
      <w:pPr>
        <w:spacing w:after="60" w:line="240" w:lineRule="auto"/>
        <w:jc w:val="both"/>
      </w:pPr>
    </w:p>
    <w:p w14:paraId="5A80A152" w14:textId="6F2B7F80" w:rsidR="00F93C5D" w:rsidRDefault="00000000" w:rsidP="00166471">
      <w:pPr>
        <w:spacing w:after="60" w:line="240" w:lineRule="auto"/>
        <w:jc w:val="both"/>
      </w:pPr>
      <w:r>
        <w:t>1)</w:t>
      </w:r>
      <w:r w:rsidR="002705F4">
        <w:t xml:space="preserve"> </w:t>
      </w:r>
      <w:proofErr w:type="spellStart"/>
      <w:r>
        <w:t>Dyrektor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nawiązaniem</w:t>
      </w:r>
      <w:proofErr w:type="spellEnd"/>
      <w:r>
        <w:t xml:space="preserve"> </w:t>
      </w:r>
      <w:proofErr w:type="spellStart"/>
      <w:r>
        <w:t>stosunku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, </w:t>
      </w:r>
      <w:proofErr w:type="spellStart"/>
      <w:r>
        <w:t>niezależnie</w:t>
      </w:r>
      <w:proofErr w:type="spellEnd"/>
      <w:r>
        <w:t xml:space="preserve"> od podstawy nawiązania stosunku pracy (Karta Nauczyciela, Kodeks pracy) oraz terminu jej trwania uzyskuje informacje:</w:t>
      </w:r>
    </w:p>
    <w:p w14:paraId="13B9A487" w14:textId="77777777" w:rsidR="00F93C5D" w:rsidRDefault="00000000" w:rsidP="00166471">
      <w:pPr>
        <w:spacing w:after="60" w:line="240" w:lineRule="auto"/>
        <w:jc w:val="both"/>
      </w:pPr>
      <w:r>
        <w:t>a) w przypadku każdego pracownika, studenta odbywającego praktyki studenckie, wolontariusza – z Krajowego Rejestru Karnego w zakresie przestępstw określonych w rozdziale XIX i XXV Kodeksu karnego, w art. 189a i art. 207 Kodeksu karnego oraz w ustawie z dnia 29 lipca 2005 r. o przeciwdziałaniu narkomanii (Dz. U. z 2023 r. poz. 172 oraz z 2022 r. poz. 2600), lub za odpowiadające tym przestępstwom czyny zabronione określone w przepisach prawa obcego;</w:t>
      </w:r>
    </w:p>
    <w:p w14:paraId="53E98B6F" w14:textId="7638CDC2" w:rsidR="00F93C5D" w:rsidRDefault="00000000" w:rsidP="00166471">
      <w:pPr>
        <w:spacing w:after="60" w:line="240" w:lineRule="auto"/>
        <w:jc w:val="both"/>
      </w:pPr>
      <w:r>
        <w:t xml:space="preserve">b) w przypadku zatrudnienia każdej osoby 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dopuszczenia</w:t>
      </w:r>
      <w:proofErr w:type="spellEnd"/>
      <w:r>
        <w:t xml:space="preserve"> do </w:t>
      </w:r>
      <w:proofErr w:type="spellStart"/>
      <w:r>
        <w:t>kontaktu</w:t>
      </w:r>
      <w:proofErr w:type="spellEnd"/>
      <w:r>
        <w:t xml:space="preserve">                          </w:t>
      </w:r>
      <w:r w:rsidR="002705F4">
        <w:t xml:space="preserve">                </w:t>
      </w:r>
      <w:r>
        <w:t xml:space="preserve">z </w:t>
      </w:r>
      <w:proofErr w:type="spellStart"/>
      <w:r>
        <w:t>małoletnimi</w:t>
      </w:r>
      <w:proofErr w:type="spellEnd"/>
      <w:r>
        <w:t xml:space="preserve">,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także</w:t>
      </w:r>
      <w:proofErr w:type="spellEnd"/>
      <w:r>
        <w:t xml:space="preserve"> studenta odbywającego praktyki studenckie, wolontariusza -               </w:t>
      </w:r>
      <w:r w:rsidR="002705F4">
        <w:t xml:space="preserve">          </w:t>
      </w:r>
      <w:r>
        <w:t xml:space="preserve"> z Rejestru Sprawców Przestępstw na Tle Seksualnym z dostępem ograniczonym.</w:t>
      </w:r>
    </w:p>
    <w:p w14:paraId="41970A99" w14:textId="77777777" w:rsidR="00F93C5D" w:rsidRDefault="00000000" w:rsidP="00166471">
      <w:pPr>
        <w:spacing w:after="60" w:line="240" w:lineRule="auto"/>
        <w:jc w:val="both"/>
      </w:pPr>
      <w:r>
        <w:t>c) w przypadku zatrudnienia osoby na stanowisku pedagogicznym, w tym także studenta odbywającego praktyki studenckie, wolontariusza dopuszczonych do pracy z małoletnimi - zaświadczenie z Rejestru Orzeczeń Dyscyplinarnych dla Nauczycieli;</w:t>
      </w:r>
    </w:p>
    <w:p w14:paraId="3FCCF854" w14:textId="61A7CE61" w:rsidR="00F93C5D" w:rsidRDefault="00000000" w:rsidP="00166471">
      <w:pPr>
        <w:spacing w:after="60" w:line="240" w:lineRule="auto"/>
        <w:jc w:val="both"/>
      </w:pPr>
      <w:r>
        <w:t>2)</w:t>
      </w:r>
      <w:r w:rsidR="002705F4">
        <w:t xml:space="preserve"> </w:t>
      </w:r>
      <w:r>
        <w:t xml:space="preserve">Nie jest </w:t>
      </w:r>
      <w:proofErr w:type="spellStart"/>
      <w:r>
        <w:t>wymagane</w:t>
      </w:r>
      <w:proofErr w:type="spellEnd"/>
      <w:r>
        <w:t xml:space="preserve"> </w:t>
      </w:r>
      <w:proofErr w:type="spellStart"/>
      <w:r>
        <w:t>przedstawienie</w:t>
      </w:r>
      <w:proofErr w:type="spellEnd"/>
      <w:r>
        <w:t xml:space="preserve"> </w:t>
      </w:r>
      <w:proofErr w:type="spellStart"/>
      <w:r>
        <w:t>zaświadczeń</w:t>
      </w:r>
      <w:proofErr w:type="spellEnd"/>
      <w:r>
        <w:t>, w przypadku, gdy z nauczycielem jest</w:t>
      </w:r>
    </w:p>
    <w:p w14:paraId="355F7D31" w14:textId="77777777" w:rsidR="00F93C5D" w:rsidRDefault="00000000" w:rsidP="00166471">
      <w:pPr>
        <w:spacing w:after="60" w:line="240" w:lineRule="auto"/>
        <w:jc w:val="both"/>
      </w:pPr>
      <w:r>
        <w:t>nawiązywany kolejny stosunek pracy w tej samej poradni lub nauczyciel został przeniesiony służbowo do poradni z innej placówki edukacyjnej.</w:t>
      </w:r>
    </w:p>
    <w:p w14:paraId="196B299E" w14:textId="4A45DB00" w:rsidR="00F93C5D" w:rsidRDefault="00000000" w:rsidP="00166471">
      <w:pPr>
        <w:spacing w:after="60" w:line="240" w:lineRule="auto"/>
        <w:jc w:val="both"/>
      </w:pPr>
      <w:r>
        <w:t>3)</w:t>
      </w:r>
      <w:r w:rsidR="002705F4">
        <w:t xml:space="preserve"> </w:t>
      </w:r>
      <w:proofErr w:type="spellStart"/>
      <w:r>
        <w:t>Pracownicy</w:t>
      </w:r>
      <w:proofErr w:type="spellEnd"/>
      <w:r>
        <w:t xml:space="preserve"> </w:t>
      </w:r>
      <w:proofErr w:type="spellStart"/>
      <w:r>
        <w:t>zatrudnieni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stanowiskach</w:t>
      </w:r>
      <w:proofErr w:type="spellEnd"/>
      <w:r>
        <w:t xml:space="preserve"> </w:t>
      </w:r>
      <w:proofErr w:type="spellStart"/>
      <w:r>
        <w:t>pedagogicznych</w:t>
      </w:r>
      <w:proofErr w:type="spellEnd"/>
      <w:r>
        <w:t xml:space="preserve"> </w:t>
      </w:r>
      <w:proofErr w:type="spellStart"/>
      <w:r>
        <w:t>składają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nawiązaniem</w:t>
      </w:r>
      <w:proofErr w:type="spellEnd"/>
      <w:r>
        <w:t xml:space="preserve"> stosunku pracy pisemne potwierdzenie spełniania warunku: </w:t>
      </w:r>
    </w:p>
    <w:p w14:paraId="3F284F2A" w14:textId="77777777" w:rsidR="00F93C5D" w:rsidRDefault="00000000" w:rsidP="00166471">
      <w:pPr>
        <w:spacing w:after="60" w:line="240" w:lineRule="auto"/>
        <w:jc w:val="both"/>
      </w:pPr>
      <w:r>
        <w:t xml:space="preserve">a) posiadania pełnej zdolności do czynności prawnych i korzystania z praw publicznych; </w:t>
      </w:r>
    </w:p>
    <w:p w14:paraId="14451432" w14:textId="45087D91" w:rsidR="00F93C5D" w:rsidRDefault="00000000" w:rsidP="00166471">
      <w:pPr>
        <w:spacing w:after="60" w:line="240" w:lineRule="auto"/>
        <w:jc w:val="both"/>
      </w:pPr>
      <w:r>
        <w:t xml:space="preserve">b) że nie toczy się przeciwko kandydatowi postępowanie karne w sprawie o umyślne przestępstwo </w:t>
      </w:r>
      <w:proofErr w:type="spellStart"/>
      <w:r>
        <w:t>ścigane</w:t>
      </w:r>
      <w:proofErr w:type="spellEnd"/>
      <w:r>
        <w:t xml:space="preserve"> z </w:t>
      </w:r>
      <w:proofErr w:type="spellStart"/>
      <w:r>
        <w:t>oskarżenia</w:t>
      </w:r>
      <w:proofErr w:type="spellEnd"/>
      <w:r>
        <w:t xml:space="preserve"> </w:t>
      </w:r>
      <w:proofErr w:type="spellStart"/>
      <w:r>
        <w:t>publicznego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postępowanie</w:t>
      </w:r>
      <w:proofErr w:type="spellEnd"/>
      <w:r>
        <w:t xml:space="preserve"> </w:t>
      </w:r>
      <w:proofErr w:type="spellStart"/>
      <w:r>
        <w:t>dyscyplinarne</w:t>
      </w:r>
      <w:proofErr w:type="spellEnd"/>
      <w:r>
        <w:t>.</w:t>
      </w:r>
    </w:p>
    <w:p w14:paraId="58BD8DC7" w14:textId="7E5CB168" w:rsidR="00F93C5D" w:rsidRDefault="00000000" w:rsidP="00166471">
      <w:pPr>
        <w:spacing w:after="60" w:line="240" w:lineRule="auto"/>
        <w:jc w:val="both"/>
      </w:pPr>
      <w:r>
        <w:lastRenderedPageBreak/>
        <w:t>4)</w:t>
      </w:r>
      <w:r w:rsidR="002705F4">
        <w:t xml:space="preserve"> </w:t>
      </w:r>
      <w:r>
        <w:t xml:space="preserve">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zatrudniania</w:t>
      </w:r>
      <w:proofErr w:type="spellEnd"/>
      <w:r>
        <w:t xml:space="preserve"> </w:t>
      </w:r>
      <w:proofErr w:type="spellStart"/>
      <w:r>
        <w:t>kandydata</w:t>
      </w:r>
      <w:proofErr w:type="spellEnd"/>
      <w:r>
        <w:t xml:space="preserve"> do pracy lub dopuszczenia do kontaktu z małoletnimi osoby posiadającej obywatelstwo innego państwa jest on zobowiązany do złożenia przed zatrudnieniem lub dopuszczeniem do kontaktu z małoletnimi informacji z </w:t>
      </w:r>
      <w:proofErr w:type="spellStart"/>
      <w:r>
        <w:t>rejestru</w:t>
      </w:r>
      <w:proofErr w:type="spellEnd"/>
      <w:r>
        <w:t xml:space="preserve"> </w:t>
      </w:r>
      <w:proofErr w:type="spellStart"/>
      <w:r>
        <w:t>karnego</w:t>
      </w:r>
      <w:proofErr w:type="spellEnd"/>
      <w:r>
        <w:t xml:space="preserve"> </w:t>
      </w:r>
      <w:proofErr w:type="spellStart"/>
      <w:r>
        <w:t>państwa</w:t>
      </w:r>
      <w:proofErr w:type="spellEnd"/>
      <w:r>
        <w:t xml:space="preserve">, </w:t>
      </w:r>
      <w:proofErr w:type="spellStart"/>
      <w:r>
        <w:t>którego</w:t>
      </w:r>
      <w:proofErr w:type="spellEnd"/>
      <w:r>
        <w:t xml:space="preserve"> jest </w:t>
      </w:r>
      <w:proofErr w:type="spellStart"/>
      <w:r>
        <w:t>obywatelem</w:t>
      </w:r>
      <w:proofErr w:type="spellEnd"/>
      <w:r>
        <w:t xml:space="preserve">, </w:t>
      </w:r>
      <w:proofErr w:type="spellStart"/>
      <w:r w:rsidR="005A10A9">
        <w:t>oraz</w:t>
      </w:r>
      <w:proofErr w:type="spellEnd"/>
      <w:r w:rsidR="005A10A9">
        <w:t xml:space="preserve"> </w:t>
      </w:r>
      <w:proofErr w:type="spellStart"/>
      <w:r w:rsidR="005A10A9">
        <w:t>państw</w:t>
      </w:r>
      <w:proofErr w:type="spellEnd"/>
      <w:r w:rsidR="005A10A9">
        <w:t xml:space="preserve"> w </w:t>
      </w:r>
      <w:proofErr w:type="spellStart"/>
      <w:r w:rsidR="005A10A9">
        <w:t>których</w:t>
      </w:r>
      <w:proofErr w:type="spellEnd"/>
      <w:r w:rsidR="005A10A9">
        <w:t xml:space="preserve"> </w:t>
      </w:r>
      <w:proofErr w:type="spellStart"/>
      <w:r w:rsidR="005A10A9">
        <w:t>zamieszkiwał</w:t>
      </w:r>
      <w:proofErr w:type="spellEnd"/>
      <w:r w:rsidR="005A10A9">
        <w:t xml:space="preserve"> w </w:t>
      </w:r>
      <w:proofErr w:type="spellStart"/>
      <w:r w:rsidR="005A10A9">
        <w:t>ciągu</w:t>
      </w:r>
      <w:proofErr w:type="spellEnd"/>
      <w:r w:rsidR="005A10A9">
        <w:t xml:space="preserve"> </w:t>
      </w:r>
      <w:proofErr w:type="spellStart"/>
      <w:r w:rsidR="005A10A9">
        <w:t>ostatnich</w:t>
      </w:r>
      <w:proofErr w:type="spellEnd"/>
      <w:r w:rsidR="005A10A9">
        <w:t xml:space="preserve"> 20 </w:t>
      </w:r>
      <w:proofErr w:type="spellStart"/>
      <w:r w:rsidR="005A10A9">
        <w:t>lat</w:t>
      </w:r>
      <w:proofErr w:type="spellEnd"/>
      <w:r w:rsidR="005A10A9">
        <w:t xml:space="preserve">, </w:t>
      </w:r>
      <w:proofErr w:type="spellStart"/>
      <w:r>
        <w:t>uzyskiwanej</w:t>
      </w:r>
      <w:proofErr w:type="spellEnd"/>
      <w:r>
        <w:t xml:space="preserve"> do </w:t>
      </w:r>
      <w:proofErr w:type="spellStart"/>
      <w:r>
        <w:t>celów</w:t>
      </w:r>
      <w:proofErr w:type="spellEnd"/>
      <w:r>
        <w:t xml:space="preserve"> </w:t>
      </w:r>
      <w:proofErr w:type="spellStart"/>
      <w:r>
        <w:t>działalności</w:t>
      </w:r>
      <w:proofErr w:type="spellEnd"/>
      <w:r>
        <w:t xml:space="preserve"> </w:t>
      </w:r>
      <w:proofErr w:type="spellStart"/>
      <w:r>
        <w:t>zawodowej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wolontariackiej</w:t>
      </w:r>
      <w:proofErr w:type="spellEnd"/>
      <w:r>
        <w:t xml:space="preserve"> </w:t>
      </w:r>
      <w:proofErr w:type="spellStart"/>
      <w:r>
        <w:t>związanej</w:t>
      </w:r>
      <w:proofErr w:type="spellEnd"/>
      <w:r>
        <w:t xml:space="preserve"> z </w:t>
      </w:r>
      <w:proofErr w:type="spellStart"/>
      <w:r>
        <w:t>kontaktami</w:t>
      </w:r>
      <w:proofErr w:type="spellEnd"/>
      <w:r>
        <w:t xml:space="preserve"> z </w:t>
      </w:r>
      <w:proofErr w:type="spellStart"/>
      <w:r>
        <w:t>małoletnimi</w:t>
      </w:r>
      <w:proofErr w:type="spellEnd"/>
      <w:r>
        <w:t>.</w:t>
      </w:r>
    </w:p>
    <w:p w14:paraId="7AF4EE45" w14:textId="65DEFE09" w:rsidR="00F93C5D" w:rsidRDefault="00000000" w:rsidP="00166471">
      <w:pPr>
        <w:spacing w:after="60" w:line="240" w:lineRule="auto"/>
        <w:jc w:val="both"/>
      </w:pPr>
      <w:r>
        <w:t>5)</w:t>
      </w:r>
      <w:r w:rsidR="005A10A9">
        <w:t xml:space="preserve"> </w:t>
      </w:r>
      <w:r>
        <w:t xml:space="preserve">W </w:t>
      </w:r>
      <w:proofErr w:type="spellStart"/>
      <w:r>
        <w:t>przypadku</w:t>
      </w:r>
      <w:proofErr w:type="spellEnd"/>
      <w:r>
        <w:t xml:space="preserve">, </w:t>
      </w:r>
      <w:proofErr w:type="spellStart"/>
      <w:r>
        <w:t>gdy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państwa</w:t>
      </w:r>
      <w:proofErr w:type="spellEnd"/>
      <w:r>
        <w:t>, z którego jest osoba, o której mowa w pkt 4 nie przewiduje wydawania informacji do celów działalności zawodowej lub wolontariackiej związanej z kontaktami z małoletnimi, osoba ta przedkłada informację z rejestru karnego tego państwa.</w:t>
      </w:r>
    </w:p>
    <w:p w14:paraId="2165CB3F" w14:textId="2CCB3D4C" w:rsidR="00F93C5D" w:rsidRDefault="00000000" w:rsidP="00166471">
      <w:pPr>
        <w:spacing w:after="60" w:line="240" w:lineRule="auto"/>
        <w:jc w:val="both"/>
      </w:pPr>
      <w:r>
        <w:t>6)</w:t>
      </w:r>
      <w:r w:rsidR="005A10A9">
        <w:t xml:space="preserve"> </w:t>
      </w:r>
      <w:r>
        <w:t xml:space="preserve">W </w:t>
      </w:r>
      <w:proofErr w:type="spellStart"/>
      <w:r>
        <w:t>przypadku</w:t>
      </w:r>
      <w:proofErr w:type="spellEnd"/>
      <w:r>
        <w:t xml:space="preserve">, </w:t>
      </w:r>
      <w:proofErr w:type="spellStart"/>
      <w:r>
        <w:t>gdy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państwa</w:t>
      </w:r>
      <w:proofErr w:type="spellEnd"/>
      <w:r>
        <w:t>, z którego ma być przedłożona informacja, o której mowa w ust. 4–5, nie przewiduje jej sporządzenia lub w danym państwie nie prowadzi się rejestru karnego, osoba, o której mowa w pkt 5 , składa pracodawcy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że nie wydano wobec niej innego orzeczenia, w którym stwierdzono, iż dopuściła się takich czynów zabronionych, oraz że nie ma obowiązku wynikającego            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 lub z opieką nad nimi.</w:t>
      </w:r>
    </w:p>
    <w:p w14:paraId="155C7E01" w14:textId="47343456" w:rsidR="00F93C5D" w:rsidRDefault="00000000" w:rsidP="00166471">
      <w:pPr>
        <w:spacing w:after="60" w:line="240" w:lineRule="auto"/>
        <w:jc w:val="both"/>
      </w:pPr>
      <w:r>
        <w:t>7)</w:t>
      </w:r>
      <w:r w:rsidR="005A10A9">
        <w:t xml:space="preserve"> </w:t>
      </w:r>
      <w:proofErr w:type="spellStart"/>
      <w:r>
        <w:t>Oświadczenia</w:t>
      </w:r>
      <w:proofErr w:type="spellEnd"/>
      <w:r>
        <w:t xml:space="preserve">, o </w:t>
      </w:r>
      <w:proofErr w:type="spellStart"/>
      <w:r>
        <w:t>których</w:t>
      </w:r>
      <w:proofErr w:type="spellEnd"/>
      <w:r>
        <w:t xml:space="preserve"> </w:t>
      </w:r>
      <w:proofErr w:type="spellStart"/>
      <w:r>
        <w:t>mowa</w:t>
      </w:r>
      <w:proofErr w:type="spellEnd"/>
      <w:r>
        <w:t xml:space="preserve"> w pkt 6, składane są pod rygorem odpowiedzialności karnej za złożenie fałszywego oświadczenia. Składający oświadczenie jest obowiązany do zawarcia w nim klauzuli następującej treści: „Jestem świadomy odpowiedzialności karnej za złożenie fałszywego oświadczenia”. Klauzula ta zastępuje pouczenie organu o odpowiedzialności karnej za złożenie fałszywego oświadczenia.</w:t>
      </w:r>
    </w:p>
    <w:p w14:paraId="6A30F011" w14:textId="044E4F01" w:rsidR="00F93C5D" w:rsidRDefault="00000000" w:rsidP="00166471">
      <w:pPr>
        <w:spacing w:after="60" w:line="240" w:lineRule="auto"/>
        <w:jc w:val="both"/>
      </w:pPr>
      <w:r>
        <w:t>8)</w:t>
      </w:r>
      <w:r w:rsidR="005A10A9">
        <w:t xml:space="preserve"> </w:t>
      </w:r>
      <w:r>
        <w:t xml:space="preserve">Informacje, o </w:t>
      </w:r>
      <w:proofErr w:type="spellStart"/>
      <w:r>
        <w:t>których</w:t>
      </w:r>
      <w:proofErr w:type="spellEnd"/>
      <w:r>
        <w:t xml:space="preserve"> </w:t>
      </w:r>
      <w:proofErr w:type="spellStart"/>
      <w:r>
        <w:t>mowa</w:t>
      </w:r>
      <w:proofErr w:type="spellEnd"/>
      <w:r>
        <w:t xml:space="preserve"> w pkt 4 – 8, pracodawca utrwala w formie wydruku i załącza do akt osobowych pracownika albo dokumentacji dotyczącej osoby dopuszczonej do kontaktu z małoletnimi.</w:t>
      </w:r>
    </w:p>
    <w:p w14:paraId="4B34DFD0" w14:textId="7778A152" w:rsidR="00F93C5D" w:rsidRDefault="00000000" w:rsidP="00166471">
      <w:pPr>
        <w:spacing w:after="60" w:line="240" w:lineRule="auto"/>
        <w:jc w:val="both"/>
      </w:pPr>
      <w:r>
        <w:t>9)</w:t>
      </w:r>
      <w:r w:rsidR="005A10A9">
        <w:t xml:space="preserve"> </w:t>
      </w:r>
      <w:proofErr w:type="spellStart"/>
      <w:r>
        <w:t>Zatrudniani</w:t>
      </w:r>
      <w:proofErr w:type="spellEnd"/>
      <w:r>
        <w:t xml:space="preserve"> </w:t>
      </w:r>
      <w:proofErr w:type="spellStart"/>
      <w:r>
        <w:t>pracownicy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osoby przed dopuszczeniem do kontaktu z małoletnimi</w:t>
      </w:r>
    </w:p>
    <w:p w14:paraId="467B124B" w14:textId="77777777" w:rsidR="00F93C5D" w:rsidRDefault="00000000" w:rsidP="00166471">
      <w:pPr>
        <w:spacing w:after="60" w:line="240" w:lineRule="auto"/>
        <w:jc w:val="both"/>
      </w:pPr>
      <w:r>
        <w:t>są zobowiązani do zapoznania się z:</w:t>
      </w:r>
    </w:p>
    <w:p w14:paraId="7A799804" w14:textId="5187C27C" w:rsidR="00F93C5D" w:rsidRDefault="00000000" w:rsidP="00166471">
      <w:pPr>
        <w:pStyle w:val="Akapitzlist"/>
        <w:numPr>
          <w:ilvl w:val="0"/>
          <w:numId w:val="10"/>
        </w:numPr>
        <w:spacing w:after="60" w:line="240" w:lineRule="auto"/>
        <w:jc w:val="both"/>
      </w:pPr>
      <w:proofErr w:type="spellStart"/>
      <w:r>
        <w:t>Statutem</w:t>
      </w:r>
      <w:proofErr w:type="spellEnd"/>
      <w:r>
        <w:t xml:space="preserve"> </w:t>
      </w:r>
      <w:proofErr w:type="spellStart"/>
      <w:r>
        <w:t>poradni</w:t>
      </w:r>
      <w:proofErr w:type="spellEnd"/>
      <w:r>
        <w:t>,</w:t>
      </w:r>
    </w:p>
    <w:p w14:paraId="25C9CA50" w14:textId="0B92E40F" w:rsidR="00F93C5D" w:rsidRDefault="00000000" w:rsidP="00166471">
      <w:pPr>
        <w:pStyle w:val="Akapitzlist"/>
        <w:numPr>
          <w:ilvl w:val="0"/>
          <w:numId w:val="10"/>
        </w:numPr>
        <w:spacing w:after="60" w:line="240" w:lineRule="auto"/>
        <w:jc w:val="both"/>
      </w:pPr>
      <w:proofErr w:type="spellStart"/>
      <w:r>
        <w:t>Regulaminem</w:t>
      </w:r>
      <w:proofErr w:type="spellEnd"/>
      <w:r>
        <w:t xml:space="preserve"> </w:t>
      </w:r>
      <w:proofErr w:type="spellStart"/>
      <w:r>
        <w:t>pracy</w:t>
      </w:r>
      <w:proofErr w:type="spellEnd"/>
      <w:r>
        <w:t>,</w:t>
      </w:r>
    </w:p>
    <w:p w14:paraId="49633874" w14:textId="74604A2E" w:rsidR="00F93C5D" w:rsidRDefault="00000000" w:rsidP="00166471">
      <w:pPr>
        <w:pStyle w:val="Akapitzlist"/>
        <w:numPr>
          <w:ilvl w:val="0"/>
          <w:numId w:val="10"/>
        </w:numPr>
        <w:spacing w:after="60" w:line="240" w:lineRule="auto"/>
        <w:jc w:val="both"/>
      </w:pPr>
      <w:proofErr w:type="spellStart"/>
      <w:r>
        <w:t>Standardami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</w:t>
      </w:r>
      <w:proofErr w:type="spellStart"/>
      <w:r>
        <w:t>obowiązującymi</w:t>
      </w:r>
      <w:proofErr w:type="spellEnd"/>
      <w:r>
        <w:t xml:space="preserve"> w poradni,</w:t>
      </w:r>
    </w:p>
    <w:p w14:paraId="7E79885D" w14:textId="471CACED" w:rsidR="00F93C5D" w:rsidRDefault="00000000" w:rsidP="00166471">
      <w:pPr>
        <w:pStyle w:val="Akapitzlist"/>
        <w:numPr>
          <w:ilvl w:val="0"/>
          <w:numId w:val="10"/>
        </w:numPr>
        <w:spacing w:after="60" w:line="240" w:lineRule="auto"/>
        <w:jc w:val="both"/>
      </w:pPr>
      <w:proofErr w:type="spellStart"/>
      <w:r>
        <w:t>Regulaminami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instrukcjami</w:t>
      </w:r>
      <w:proofErr w:type="spellEnd"/>
      <w:r>
        <w:t xml:space="preserve"> bhp i p/poż,</w:t>
      </w:r>
    </w:p>
    <w:p w14:paraId="177149E7" w14:textId="62942592" w:rsidR="00F93C5D" w:rsidRDefault="00000000" w:rsidP="00166471">
      <w:pPr>
        <w:pStyle w:val="Akapitzlist"/>
        <w:numPr>
          <w:ilvl w:val="0"/>
          <w:numId w:val="10"/>
        </w:numPr>
        <w:spacing w:after="60" w:line="240" w:lineRule="auto"/>
        <w:jc w:val="both"/>
      </w:pPr>
      <w:proofErr w:type="spellStart"/>
      <w:r>
        <w:t>Kodeksem</w:t>
      </w:r>
      <w:proofErr w:type="spellEnd"/>
      <w:r>
        <w:t xml:space="preserve"> </w:t>
      </w:r>
      <w:proofErr w:type="spellStart"/>
      <w:r>
        <w:t>etyki</w:t>
      </w:r>
      <w:proofErr w:type="spellEnd"/>
      <w:r>
        <w:t>,</w:t>
      </w:r>
    </w:p>
    <w:p w14:paraId="702CEEF8" w14:textId="2DAD846C" w:rsidR="00F93C5D" w:rsidRDefault="00000000" w:rsidP="00166471">
      <w:pPr>
        <w:pStyle w:val="Akapitzlist"/>
        <w:numPr>
          <w:ilvl w:val="0"/>
          <w:numId w:val="10"/>
        </w:numPr>
        <w:spacing w:after="60" w:line="240" w:lineRule="auto"/>
        <w:jc w:val="both"/>
      </w:pPr>
      <w:proofErr w:type="spellStart"/>
      <w:r>
        <w:t>Polityką</w:t>
      </w:r>
      <w:proofErr w:type="spellEnd"/>
      <w:r>
        <w:t xml:space="preserve"> </w:t>
      </w:r>
      <w:proofErr w:type="spellStart"/>
      <w:r>
        <w:t>bezpieczeństwa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osobowych,</w:t>
      </w:r>
    </w:p>
    <w:p w14:paraId="3BE41F76" w14:textId="69D1C1F8" w:rsidR="00F93C5D" w:rsidRDefault="00000000" w:rsidP="00166471">
      <w:pPr>
        <w:spacing w:after="60" w:line="240" w:lineRule="auto"/>
        <w:jc w:val="both"/>
      </w:pPr>
      <w:r>
        <w:t>10)</w:t>
      </w:r>
      <w:proofErr w:type="spellStart"/>
      <w:r>
        <w:t>Potwierdzenie</w:t>
      </w:r>
      <w:proofErr w:type="spellEnd"/>
      <w:r>
        <w:t xml:space="preserve"> </w:t>
      </w:r>
      <w:proofErr w:type="spellStart"/>
      <w:r>
        <w:t>zapoznania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dokumentami oraz oświadczenia o zobowiązaniu się do ich przestrzegania składane jest w formie pisemnej i umieszczone w aktach osobowych lub dołączane do umów o świadczenie działalności wolontariackiej lub praktyki zawodowej.</w:t>
      </w:r>
    </w:p>
    <w:p w14:paraId="3997D5D2" w14:textId="77777777" w:rsidR="00F93C5D" w:rsidRDefault="00F93C5D" w:rsidP="00166471">
      <w:pPr>
        <w:spacing w:after="60" w:line="240" w:lineRule="auto"/>
        <w:jc w:val="both"/>
      </w:pPr>
    </w:p>
    <w:p w14:paraId="533CA6E4" w14:textId="77777777" w:rsidR="005A10A9" w:rsidRDefault="005A10A9" w:rsidP="00166471">
      <w:pPr>
        <w:spacing w:after="60" w:line="240" w:lineRule="auto"/>
        <w:jc w:val="both"/>
      </w:pPr>
    </w:p>
    <w:p w14:paraId="7412D85B" w14:textId="77777777" w:rsidR="005A10A9" w:rsidRDefault="005A10A9" w:rsidP="00166471">
      <w:pPr>
        <w:spacing w:after="60" w:line="240" w:lineRule="auto"/>
        <w:jc w:val="both"/>
      </w:pPr>
    </w:p>
    <w:p w14:paraId="10F2BEF8" w14:textId="58DB6732" w:rsidR="00F93C5D" w:rsidRDefault="00000000" w:rsidP="00166471">
      <w:pPr>
        <w:spacing w:after="60" w:line="240" w:lineRule="auto"/>
        <w:jc w:val="both"/>
      </w:pPr>
      <w:r>
        <w:t xml:space="preserve">3.2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bezpiecznych</w:t>
      </w:r>
      <w:proofErr w:type="spellEnd"/>
      <w:r>
        <w:t xml:space="preserve"> </w:t>
      </w:r>
      <w:proofErr w:type="spellStart"/>
      <w:r>
        <w:t>relacji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i personelu poradni oraz zachowania niedozwolone wobec małoletnich.</w:t>
      </w:r>
    </w:p>
    <w:p w14:paraId="4B94F63A" w14:textId="77777777" w:rsidR="00F93C5D" w:rsidRDefault="00F93C5D" w:rsidP="00166471">
      <w:pPr>
        <w:spacing w:after="60" w:line="240" w:lineRule="auto"/>
        <w:jc w:val="both"/>
      </w:pPr>
    </w:p>
    <w:p w14:paraId="2CB6E983" w14:textId="77777777" w:rsidR="00F93C5D" w:rsidRDefault="00000000" w:rsidP="00166471">
      <w:pPr>
        <w:spacing w:after="60" w:line="240" w:lineRule="auto"/>
        <w:jc w:val="both"/>
      </w:pPr>
      <w:r>
        <w:lastRenderedPageBreak/>
        <w:t>Zasady ogólne:</w:t>
      </w:r>
    </w:p>
    <w:p w14:paraId="00290349" w14:textId="19AA4893" w:rsidR="00F93C5D" w:rsidRDefault="00000000" w:rsidP="00166471">
      <w:pPr>
        <w:spacing w:after="60" w:line="240" w:lineRule="auto"/>
        <w:jc w:val="both"/>
      </w:pPr>
      <w:r>
        <w:t>1.</w:t>
      </w:r>
      <w:r w:rsidR="005A10A9">
        <w:t xml:space="preserve"> </w:t>
      </w:r>
      <w:proofErr w:type="spellStart"/>
      <w:r>
        <w:t>Pracownicy</w:t>
      </w:r>
      <w:proofErr w:type="spellEnd"/>
      <w:r>
        <w:t xml:space="preserve"> </w:t>
      </w:r>
      <w:proofErr w:type="spellStart"/>
      <w:r>
        <w:t>dbają</w:t>
      </w:r>
      <w:proofErr w:type="spellEnd"/>
      <w:r>
        <w:t xml:space="preserve"> o </w:t>
      </w:r>
      <w:proofErr w:type="spellStart"/>
      <w:r>
        <w:t>bezpieczeństwo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</w:t>
      </w:r>
      <w:proofErr w:type="spellStart"/>
      <w:r>
        <w:t>podczas</w:t>
      </w:r>
      <w:proofErr w:type="spellEnd"/>
      <w:r>
        <w:t xml:space="preserve"> </w:t>
      </w:r>
      <w:proofErr w:type="spellStart"/>
      <w:r>
        <w:t>pobytu</w:t>
      </w:r>
      <w:proofErr w:type="spellEnd"/>
      <w:r>
        <w:t xml:space="preserve"> w poradni, monitorują ich sytuacje i dobrostan.</w:t>
      </w:r>
    </w:p>
    <w:p w14:paraId="406FBFF1" w14:textId="38111792" w:rsidR="00F93C5D" w:rsidRDefault="00000000" w:rsidP="00166471">
      <w:pPr>
        <w:spacing w:after="60" w:line="240" w:lineRule="auto"/>
        <w:jc w:val="both"/>
      </w:pPr>
      <w:r>
        <w:t>2.</w:t>
      </w:r>
      <w:r w:rsidR="005A10A9">
        <w:t xml:space="preserve"> </w:t>
      </w:r>
      <w:proofErr w:type="spellStart"/>
      <w:r>
        <w:t>Pracownicy</w:t>
      </w:r>
      <w:proofErr w:type="spellEnd"/>
      <w:r>
        <w:t xml:space="preserve"> </w:t>
      </w:r>
      <w:proofErr w:type="spellStart"/>
      <w:r>
        <w:t>wspierają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w </w:t>
      </w:r>
      <w:proofErr w:type="spellStart"/>
      <w:r>
        <w:t>pokonywaniu</w:t>
      </w:r>
      <w:proofErr w:type="spellEnd"/>
      <w:r>
        <w:t xml:space="preserve"> </w:t>
      </w:r>
      <w:proofErr w:type="spellStart"/>
      <w:r>
        <w:t>trudności</w:t>
      </w:r>
      <w:proofErr w:type="spellEnd"/>
      <w:r>
        <w:t>. Pomoc uwzględnia: umiejętności rozwojowe dzieci i młodzieży, możliwości wynikające z niepełnosprawności oraz specjalnych potrzeb edukacyjnych.</w:t>
      </w:r>
    </w:p>
    <w:p w14:paraId="1A2351C7" w14:textId="6858A6BB" w:rsidR="00F93C5D" w:rsidRDefault="00000000" w:rsidP="00166471">
      <w:pPr>
        <w:spacing w:after="60" w:line="240" w:lineRule="auto"/>
        <w:jc w:val="both"/>
      </w:pPr>
      <w:r>
        <w:t>3.</w:t>
      </w:r>
      <w:r w:rsidR="005A10A9">
        <w:t xml:space="preserve"> </w:t>
      </w:r>
      <w:proofErr w:type="spellStart"/>
      <w:r>
        <w:t>Pracownicy</w:t>
      </w:r>
      <w:proofErr w:type="spellEnd"/>
      <w:r>
        <w:t xml:space="preserve"> </w:t>
      </w:r>
      <w:proofErr w:type="spellStart"/>
      <w:r>
        <w:t>podejmują</w:t>
      </w:r>
      <w:proofErr w:type="spellEnd"/>
      <w:r>
        <w:t xml:space="preserve"> </w:t>
      </w:r>
      <w:proofErr w:type="spellStart"/>
      <w:r>
        <w:t>działania</w:t>
      </w:r>
      <w:proofErr w:type="spellEnd"/>
      <w:r>
        <w:t xml:space="preserve"> </w:t>
      </w:r>
      <w:proofErr w:type="spellStart"/>
      <w:r>
        <w:t>wychowawcze</w:t>
      </w:r>
      <w:proofErr w:type="spellEnd"/>
      <w:r>
        <w:t xml:space="preserve"> </w:t>
      </w:r>
      <w:proofErr w:type="spellStart"/>
      <w:r>
        <w:t>mające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kształtowanie</w:t>
      </w:r>
      <w:proofErr w:type="spellEnd"/>
      <w:r>
        <w:t xml:space="preserve"> prawidłowych</w:t>
      </w:r>
    </w:p>
    <w:p w14:paraId="5804FD42" w14:textId="77777777" w:rsidR="00F93C5D" w:rsidRDefault="00000000" w:rsidP="00166471">
      <w:pPr>
        <w:spacing w:after="60" w:line="240" w:lineRule="auto"/>
        <w:jc w:val="both"/>
      </w:pPr>
      <w:r>
        <w:t>postaw – wyrażanie emocji w sposób niekrzywdzący innych, niwelowanie zachowań agresywnych, promowanie zasad „dobrego wychowania”.</w:t>
      </w:r>
    </w:p>
    <w:p w14:paraId="5274AF22" w14:textId="4739EB97" w:rsidR="00F93C5D" w:rsidRDefault="00000000" w:rsidP="00166471">
      <w:pPr>
        <w:spacing w:after="60" w:line="240" w:lineRule="auto"/>
        <w:jc w:val="both"/>
      </w:pPr>
      <w:r>
        <w:t>4.</w:t>
      </w:r>
      <w:r w:rsidR="005A10A9"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bezpiecznych</w:t>
      </w:r>
      <w:proofErr w:type="spellEnd"/>
      <w:r>
        <w:t xml:space="preserve"> </w:t>
      </w:r>
      <w:proofErr w:type="spellStart"/>
      <w:r>
        <w:t>relacji</w:t>
      </w:r>
      <w:proofErr w:type="spellEnd"/>
      <w:r>
        <w:t xml:space="preserve"> </w:t>
      </w:r>
      <w:proofErr w:type="spellStart"/>
      <w:r>
        <w:t>personelu</w:t>
      </w:r>
      <w:proofErr w:type="spellEnd"/>
      <w:r>
        <w:t xml:space="preserve"> z dziećmi obowiązują wszystkich pracowników, praktykantów i wolontariuszy.</w:t>
      </w:r>
    </w:p>
    <w:p w14:paraId="616F833E" w14:textId="77777777" w:rsidR="00F93C5D" w:rsidRDefault="00F93C5D" w:rsidP="00166471">
      <w:pPr>
        <w:spacing w:after="60" w:line="240" w:lineRule="auto"/>
        <w:jc w:val="both"/>
      </w:pPr>
    </w:p>
    <w:p w14:paraId="0E0ABDD7" w14:textId="77777777" w:rsidR="00F93C5D" w:rsidRDefault="00000000" w:rsidP="00166471">
      <w:pPr>
        <w:spacing w:after="60" w:line="240" w:lineRule="auto"/>
        <w:jc w:val="both"/>
      </w:pPr>
      <w:r>
        <w:t>Zasady komunikacji z małoletnim:</w:t>
      </w:r>
    </w:p>
    <w:p w14:paraId="1B0BF84A" w14:textId="77777777" w:rsidR="00F93C5D" w:rsidRDefault="00000000" w:rsidP="00166471">
      <w:pPr>
        <w:spacing w:after="60" w:line="240" w:lineRule="auto"/>
        <w:jc w:val="both"/>
      </w:pPr>
      <w:r>
        <w:t>A. Komunikacja budująca dobre relacje.</w:t>
      </w:r>
    </w:p>
    <w:p w14:paraId="155573CE" w14:textId="77777777" w:rsidR="00F93C5D" w:rsidRDefault="00000000" w:rsidP="00166471">
      <w:pPr>
        <w:spacing w:after="60" w:line="240" w:lineRule="auto"/>
        <w:jc w:val="both"/>
      </w:pPr>
      <w:proofErr w:type="spellStart"/>
      <w:r>
        <w:t>Personel</w:t>
      </w:r>
      <w:proofErr w:type="spellEnd"/>
      <w:r>
        <w:t>:</w:t>
      </w:r>
    </w:p>
    <w:p w14:paraId="0A485605" w14:textId="41FF323B" w:rsidR="00F93C5D" w:rsidRDefault="00000000" w:rsidP="00166471">
      <w:pPr>
        <w:spacing w:after="60" w:line="240" w:lineRule="auto"/>
        <w:jc w:val="both"/>
      </w:pPr>
      <w:r>
        <w:t>1.</w:t>
      </w:r>
      <w:r w:rsidR="005A10A9">
        <w:t xml:space="preserve"> </w:t>
      </w:r>
      <w:r>
        <w:t xml:space="preserve">W </w:t>
      </w:r>
      <w:proofErr w:type="spellStart"/>
      <w:r>
        <w:t>komunikacji</w:t>
      </w:r>
      <w:proofErr w:type="spellEnd"/>
      <w:r>
        <w:t xml:space="preserve"> z </w:t>
      </w:r>
      <w:proofErr w:type="spellStart"/>
      <w:r>
        <w:t>małoletnimi</w:t>
      </w:r>
      <w:proofErr w:type="spellEnd"/>
      <w:r>
        <w:t xml:space="preserve"> </w:t>
      </w:r>
      <w:proofErr w:type="spellStart"/>
      <w:r>
        <w:t>zachowuje</w:t>
      </w:r>
      <w:proofErr w:type="spellEnd"/>
      <w:r>
        <w:t xml:space="preserve"> spokój, cierpliwość i szacunek. Okazuje też zrozumienie dla ich trudności i problemów.</w:t>
      </w:r>
    </w:p>
    <w:p w14:paraId="1418A96D" w14:textId="2E95BFFC" w:rsidR="00F93C5D" w:rsidRDefault="00000000" w:rsidP="00166471">
      <w:pPr>
        <w:spacing w:after="60" w:line="240" w:lineRule="auto"/>
        <w:jc w:val="both"/>
      </w:pPr>
      <w:r>
        <w:t>2.</w:t>
      </w:r>
      <w:r w:rsidR="005A10A9">
        <w:t xml:space="preserve"> </w:t>
      </w:r>
      <w:proofErr w:type="spellStart"/>
      <w:r>
        <w:t>Reaguje</w:t>
      </w:r>
      <w:proofErr w:type="spellEnd"/>
      <w:r>
        <w:t xml:space="preserve"> </w:t>
      </w:r>
      <w:proofErr w:type="spellStart"/>
      <w:r>
        <w:t>według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konstruktywnej</w:t>
      </w:r>
      <w:proofErr w:type="spellEnd"/>
      <w:r>
        <w:t xml:space="preserve"> </w:t>
      </w:r>
      <w:proofErr w:type="spellStart"/>
      <w:r>
        <w:t>komunikacji</w:t>
      </w:r>
      <w:proofErr w:type="spellEnd"/>
      <w:r>
        <w:t xml:space="preserve"> i </w:t>
      </w:r>
      <w:proofErr w:type="spellStart"/>
      <w:r>
        <w:t>krytyki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każde obraźliwe, niewłaściwe, dyskryminacyjne zachowanie lub słowa małoletnich oraz na wszelkie formy zastraszania i nietolerancji wśród nich.</w:t>
      </w:r>
    </w:p>
    <w:p w14:paraId="11288980" w14:textId="23261ED8" w:rsidR="00F93C5D" w:rsidRDefault="00000000" w:rsidP="00166471">
      <w:pPr>
        <w:spacing w:after="60" w:line="240" w:lineRule="auto"/>
        <w:jc w:val="both"/>
      </w:pPr>
      <w:r>
        <w:t>3.</w:t>
      </w:r>
      <w:r w:rsidR="005A10A9">
        <w:t xml:space="preserve"> </w:t>
      </w:r>
      <w:r>
        <w:t xml:space="preserve">Daje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odczuwania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mówienia o swoich emocjach, do wyrażania własnego zdania oraz prawo do bycia wysłuchanym.</w:t>
      </w:r>
    </w:p>
    <w:p w14:paraId="5B2FB13D" w14:textId="4E17E352" w:rsidR="00F93C5D" w:rsidRDefault="00000000" w:rsidP="00166471">
      <w:pPr>
        <w:spacing w:after="60" w:line="240" w:lineRule="auto"/>
        <w:jc w:val="both"/>
      </w:pPr>
      <w:r>
        <w:t>4.</w:t>
      </w:r>
      <w:r w:rsidR="005A10A9">
        <w:t xml:space="preserve"> </w:t>
      </w:r>
      <w:proofErr w:type="spellStart"/>
      <w:r>
        <w:t>Komunikacja</w:t>
      </w:r>
      <w:proofErr w:type="spellEnd"/>
      <w:r>
        <w:t xml:space="preserve"> </w:t>
      </w:r>
      <w:proofErr w:type="spellStart"/>
      <w:r>
        <w:t>prowadzona</w:t>
      </w:r>
      <w:proofErr w:type="spellEnd"/>
      <w:r>
        <w:t xml:space="preserve"> jest w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konstruktywny</w:t>
      </w:r>
      <w:proofErr w:type="spellEnd"/>
      <w:r>
        <w:t xml:space="preserve">, </w:t>
      </w:r>
      <w:proofErr w:type="spellStart"/>
      <w:r>
        <w:t>budujący</w:t>
      </w:r>
      <w:proofErr w:type="spellEnd"/>
      <w:r>
        <w:t xml:space="preserve"> </w:t>
      </w:r>
      <w:proofErr w:type="spellStart"/>
      <w:r>
        <w:t>relacje</w:t>
      </w:r>
      <w:proofErr w:type="spellEnd"/>
      <w:r>
        <w:t>, a nie hierarchię zależności oraz nieufność i wrogość.</w:t>
      </w:r>
    </w:p>
    <w:p w14:paraId="4FAF64C6" w14:textId="010FCA4D" w:rsidR="00F93C5D" w:rsidRDefault="00000000" w:rsidP="00166471">
      <w:pPr>
        <w:spacing w:after="60" w:line="240" w:lineRule="auto"/>
        <w:jc w:val="both"/>
      </w:pPr>
      <w:r>
        <w:t>5.</w:t>
      </w:r>
      <w:r w:rsidR="005A10A9">
        <w:t xml:space="preserve"> </w:t>
      </w:r>
      <w:r>
        <w:t xml:space="preserve">Nie </w:t>
      </w:r>
      <w:proofErr w:type="spellStart"/>
      <w:r>
        <w:t>zawstydza</w:t>
      </w:r>
      <w:proofErr w:type="spellEnd"/>
      <w:r>
        <w:t xml:space="preserve">, </w:t>
      </w:r>
      <w:proofErr w:type="spellStart"/>
      <w:r>
        <w:t>nie</w:t>
      </w:r>
      <w:proofErr w:type="spellEnd"/>
      <w:r>
        <w:t xml:space="preserve"> </w:t>
      </w:r>
      <w:proofErr w:type="spellStart"/>
      <w:r>
        <w:t>upokarza</w:t>
      </w:r>
      <w:proofErr w:type="spellEnd"/>
      <w:r>
        <w:t xml:space="preserve">, </w:t>
      </w:r>
      <w:proofErr w:type="spellStart"/>
      <w:r>
        <w:t>nie</w:t>
      </w:r>
      <w:proofErr w:type="spellEnd"/>
      <w:r>
        <w:t xml:space="preserve"> lekceważy i nie obraża.</w:t>
      </w:r>
    </w:p>
    <w:p w14:paraId="16B9E430" w14:textId="3CA7B14D" w:rsidR="00F93C5D" w:rsidRDefault="00000000" w:rsidP="00166471">
      <w:pPr>
        <w:spacing w:after="60" w:line="240" w:lineRule="auto"/>
        <w:jc w:val="both"/>
      </w:pPr>
      <w:r>
        <w:t>6.</w:t>
      </w:r>
      <w:r w:rsidR="005A10A9">
        <w:t xml:space="preserve"> </w:t>
      </w:r>
      <w:r>
        <w:t xml:space="preserve">Unika </w:t>
      </w:r>
      <w:proofErr w:type="spellStart"/>
      <w:r>
        <w:t>wypowiedzi</w:t>
      </w:r>
      <w:proofErr w:type="spellEnd"/>
      <w:r>
        <w:t xml:space="preserve"> </w:t>
      </w:r>
      <w:proofErr w:type="spellStart"/>
      <w:r>
        <w:t>nakazujących</w:t>
      </w:r>
      <w:proofErr w:type="spellEnd"/>
      <w:r>
        <w:t xml:space="preserve">, </w:t>
      </w:r>
      <w:proofErr w:type="spellStart"/>
      <w:r>
        <w:t>komenderujących</w:t>
      </w:r>
      <w:proofErr w:type="spellEnd"/>
      <w:r>
        <w:t xml:space="preserve">, </w:t>
      </w:r>
      <w:proofErr w:type="spellStart"/>
      <w:r>
        <w:t>nadmiernie</w:t>
      </w:r>
      <w:proofErr w:type="spellEnd"/>
      <w:r>
        <w:t xml:space="preserve"> moralizujących, krytykanckich. Nie wytyka błędów w sposób, który rani.</w:t>
      </w:r>
    </w:p>
    <w:p w14:paraId="7473BA42" w14:textId="0B9B698F" w:rsidR="00F93C5D" w:rsidRDefault="00000000" w:rsidP="00166471">
      <w:pPr>
        <w:spacing w:after="60" w:line="240" w:lineRule="auto"/>
        <w:jc w:val="both"/>
      </w:pPr>
      <w:r>
        <w:t>7.</w:t>
      </w:r>
      <w:r w:rsidR="005A10A9">
        <w:t xml:space="preserve"> </w:t>
      </w:r>
      <w:r>
        <w:t xml:space="preserve">Nie </w:t>
      </w:r>
      <w:proofErr w:type="spellStart"/>
      <w:r>
        <w:t>grozi</w:t>
      </w:r>
      <w:proofErr w:type="spellEnd"/>
      <w:r>
        <w:t xml:space="preserve">, </w:t>
      </w:r>
      <w:proofErr w:type="spellStart"/>
      <w:r>
        <w:t>nie</w:t>
      </w:r>
      <w:proofErr w:type="spellEnd"/>
      <w:r>
        <w:t xml:space="preserve"> </w:t>
      </w:r>
      <w:proofErr w:type="spellStart"/>
      <w:r>
        <w:t>wyraża</w:t>
      </w:r>
      <w:proofErr w:type="spellEnd"/>
      <w:r>
        <w:t xml:space="preserve"> </w:t>
      </w:r>
      <w:proofErr w:type="spellStart"/>
      <w:r>
        <w:t>dezaprobaty</w:t>
      </w:r>
      <w:proofErr w:type="spellEnd"/>
      <w:r>
        <w:t xml:space="preserve"> wobec zachowania małoletniego czy jego postępów               w nauce w sposób uwłaczający jego godności i poczuciu własnej wartości.</w:t>
      </w:r>
    </w:p>
    <w:p w14:paraId="16BD785B" w14:textId="3AE79342" w:rsidR="00F93C5D" w:rsidRDefault="00000000" w:rsidP="00166471">
      <w:pPr>
        <w:spacing w:after="60" w:line="240" w:lineRule="auto"/>
        <w:jc w:val="both"/>
      </w:pPr>
      <w:r>
        <w:t>8.</w:t>
      </w:r>
      <w:r w:rsidR="005A10A9">
        <w:t xml:space="preserve"> </w:t>
      </w:r>
      <w:r>
        <w:t xml:space="preserve">Nie </w:t>
      </w:r>
      <w:proofErr w:type="spellStart"/>
      <w:r>
        <w:t>reaguje</w:t>
      </w:r>
      <w:proofErr w:type="spellEnd"/>
      <w:r>
        <w:t xml:space="preserve"> </w:t>
      </w:r>
      <w:proofErr w:type="spellStart"/>
      <w:r>
        <w:t>złośliwościami</w:t>
      </w:r>
      <w:proofErr w:type="spellEnd"/>
      <w:r>
        <w:t xml:space="preserve">, </w:t>
      </w:r>
      <w:proofErr w:type="spellStart"/>
      <w:r>
        <w:t>sarkazmem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zachowanie małoletniego lub jego postępy                w nauce, nie dowcipkuje i nie żartuje z małoletniego, w sposób który obniża jego poczucie własnej wartości.</w:t>
      </w:r>
    </w:p>
    <w:p w14:paraId="7DBEF0A1" w14:textId="3552290F" w:rsidR="00F93C5D" w:rsidRDefault="00000000" w:rsidP="00166471">
      <w:pPr>
        <w:spacing w:after="60" w:line="240" w:lineRule="auto"/>
        <w:jc w:val="both"/>
      </w:pPr>
      <w:r>
        <w:t>9.</w:t>
      </w:r>
      <w:r w:rsidR="005A10A9">
        <w:t xml:space="preserve"> </w:t>
      </w:r>
      <w:proofErr w:type="spellStart"/>
      <w:r>
        <w:t>Słucha</w:t>
      </w:r>
      <w:proofErr w:type="spellEnd"/>
      <w:r>
        <w:t xml:space="preserve"> </w:t>
      </w:r>
      <w:proofErr w:type="spellStart"/>
      <w:r>
        <w:t>uważnie</w:t>
      </w:r>
      <w:proofErr w:type="spellEnd"/>
      <w:r>
        <w:t xml:space="preserve">, </w:t>
      </w:r>
      <w:proofErr w:type="spellStart"/>
      <w:r>
        <w:t>udziela</w:t>
      </w:r>
      <w:proofErr w:type="spellEnd"/>
      <w:r>
        <w:t xml:space="preserve"> </w:t>
      </w:r>
      <w:proofErr w:type="spellStart"/>
      <w:r>
        <w:t>odpowiedzi</w:t>
      </w:r>
      <w:proofErr w:type="spellEnd"/>
      <w:r>
        <w:t xml:space="preserve"> </w:t>
      </w:r>
      <w:proofErr w:type="spellStart"/>
      <w:r>
        <w:t>adekwatnych</w:t>
      </w:r>
      <w:proofErr w:type="spellEnd"/>
      <w:r>
        <w:t xml:space="preserve"> do </w:t>
      </w:r>
      <w:proofErr w:type="spellStart"/>
      <w:r>
        <w:t>wieku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i danej sytuacji. W relacjach z małoletnim stosuje zasady pozytywnej komunikacji: aktywne słuchanie                 i komunikat JA.</w:t>
      </w:r>
    </w:p>
    <w:p w14:paraId="21224BD3" w14:textId="4722F04F" w:rsidR="00F93C5D" w:rsidRDefault="00000000" w:rsidP="00166471">
      <w:pPr>
        <w:spacing w:after="60" w:line="240" w:lineRule="auto"/>
        <w:jc w:val="both"/>
      </w:pPr>
      <w:r>
        <w:t>10.</w:t>
      </w:r>
      <w:r w:rsidR="005A10A9">
        <w:t xml:space="preserve"> </w:t>
      </w:r>
      <w:proofErr w:type="spellStart"/>
      <w:r>
        <w:t>Stosuje</w:t>
      </w:r>
      <w:proofErr w:type="spellEnd"/>
      <w:r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konstruktywnej</w:t>
      </w:r>
      <w:proofErr w:type="spellEnd"/>
      <w:r>
        <w:t xml:space="preserve"> </w:t>
      </w:r>
      <w:proofErr w:type="spellStart"/>
      <w:r>
        <w:t>krytyki</w:t>
      </w:r>
      <w:proofErr w:type="spellEnd"/>
      <w:r>
        <w:t xml:space="preserve"> </w:t>
      </w:r>
      <w:proofErr w:type="spellStart"/>
      <w:r>
        <w:t>wobec</w:t>
      </w:r>
      <w:proofErr w:type="spellEnd"/>
      <w:r>
        <w:t>, np. niewłaściwego zachowania małoletniego, tj. krytykuje w taki sposób, aby nie czuł się zraniony, zmuszony do obrony czy do kontrataku.</w:t>
      </w:r>
    </w:p>
    <w:p w14:paraId="3BC39087" w14:textId="52FD3E1F" w:rsidR="00F93C5D" w:rsidRDefault="00000000" w:rsidP="00166471">
      <w:pPr>
        <w:spacing w:after="60" w:line="240" w:lineRule="auto"/>
        <w:jc w:val="both"/>
      </w:pPr>
      <w:r>
        <w:t>11.</w:t>
      </w:r>
      <w:r w:rsidR="005A10A9">
        <w:t xml:space="preserve"> </w:t>
      </w:r>
      <w:r>
        <w:t xml:space="preserve">Nie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głosu</w:t>
      </w:r>
      <w:proofErr w:type="spellEnd"/>
      <w:r>
        <w:t xml:space="preserve"> w </w:t>
      </w:r>
      <w:proofErr w:type="spellStart"/>
      <w:r>
        <w:t>sytuacji</w:t>
      </w:r>
      <w:proofErr w:type="spellEnd"/>
      <w:r>
        <w:t xml:space="preserve"> innej niż wynikająca z bezpieczeństwa małoletniego lub innych osób.</w:t>
      </w:r>
    </w:p>
    <w:p w14:paraId="588C71B2" w14:textId="6E4880EE" w:rsidR="00F93C5D" w:rsidRDefault="00000000" w:rsidP="00166471">
      <w:pPr>
        <w:spacing w:after="60" w:line="240" w:lineRule="auto"/>
        <w:jc w:val="both"/>
      </w:pPr>
      <w:r>
        <w:t>12.</w:t>
      </w:r>
      <w:r w:rsidR="005A10A9">
        <w:t xml:space="preserve"> </w:t>
      </w:r>
      <w:proofErr w:type="spellStart"/>
      <w:r>
        <w:t>Mówi</w:t>
      </w:r>
      <w:proofErr w:type="spellEnd"/>
      <w:r>
        <w:t xml:space="preserve"> </w:t>
      </w:r>
      <w:proofErr w:type="spellStart"/>
      <w:r>
        <w:t>wyraźnie</w:t>
      </w:r>
      <w:proofErr w:type="spellEnd"/>
      <w:r>
        <w:t xml:space="preserve">, bez </w:t>
      </w:r>
      <w:proofErr w:type="spellStart"/>
      <w:r>
        <w:t>szeptu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krzyku</w:t>
      </w:r>
      <w:proofErr w:type="spellEnd"/>
      <w:r>
        <w:t xml:space="preserve">, </w:t>
      </w:r>
      <w:proofErr w:type="spellStart"/>
      <w:r>
        <w:t>stara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utrzymać spokojny ton głosu. Utrzymuje kontakt wzrokowy. W czasie rozmowy znajduje się blisko drugiej osoby, ale nie narusza jej przestrzeni osobistej.</w:t>
      </w:r>
    </w:p>
    <w:p w14:paraId="1EF28DA9" w14:textId="77777777" w:rsidR="00F93C5D" w:rsidRDefault="00F93C5D" w:rsidP="00166471">
      <w:pPr>
        <w:spacing w:after="60" w:line="240" w:lineRule="auto"/>
        <w:jc w:val="both"/>
      </w:pPr>
    </w:p>
    <w:p w14:paraId="5A31579F" w14:textId="6E871528" w:rsidR="00F93C5D" w:rsidRDefault="00000000" w:rsidP="00166471">
      <w:pPr>
        <w:spacing w:after="60" w:line="240" w:lineRule="auto"/>
        <w:jc w:val="both"/>
      </w:pPr>
      <w:r>
        <w:t>B. Komunikacja służąca rozwiązywaniu konfliktów i utrzymywaniu świadomej dyscypliny.</w:t>
      </w:r>
    </w:p>
    <w:p w14:paraId="31FB56B0" w14:textId="77777777" w:rsidR="00F93C5D" w:rsidRDefault="00F93C5D" w:rsidP="00166471">
      <w:pPr>
        <w:spacing w:after="60" w:line="240" w:lineRule="auto"/>
        <w:jc w:val="both"/>
      </w:pPr>
    </w:p>
    <w:p w14:paraId="1239754F" w14:textId="77777777" w:rsidR="00F93C5D" w:rsidRDefault="00000000" w:rsidP="00166471">
      <w:pPr>
        <w:spacing w:after="60" w:line="240" w:lineRule="auto"/>
        <w:jc w:val="both"/>
      </w:pPr>
      <w:r>
        <w:t>Personel:</w:t>
      </w:r>
    </w:p>
    <w:p w14:paraId="4156033C" w14:textId="6E59D7CD" w:rsidR="00F93C5D" w:rsidRDefault="00000000" w:rsidP="00166471">
      <w:pPr>
        <w:spacing w:after="60" w:line="240" w:lineRule="auto"/>
        <w:jc w:val="both"/>
      </w:pPr>
      <w:r>
        <w:t>1.</w:t>
      </w:r>
      <w:r w:rsidR="005A10A9">
        <w:t xml:space="preserve"> </w:t>
      </w:r>
      <w:r>
        <w:t xml:space="preserve">W </w:t>
      </w:r>
      <w:proofErr w:type="spellStart"/>
      <w:r>
        <w:t>rozwiązywaniu</w:t>
      </w:r>
      <w:proofErr w:type="spellEnd"/>
      <w:r>
        <w:t xml:space="preserve"> </w:t>
      </w:r>
      <w:proofErr w:type="spellStart"/>
      <w:r>
        <w:t>konfliktów</w:t>
      </w:r>
      <w:proofErr w:type="spellEnd"/>
      <w:r>
        <w:t xml:space="preserve"> </w:t>
      </w:r>
      <w:proofErr w:type="spellStart"/>
      <w:r>
        <w:t>stosuje</w:t>
      </w:r>
      <w:proofErr w:type="spellEnd"/>
      <w:r>
        <w:t xml:space="preserve"> </w:t>
      </w:r>
      <w:proofErr w:type="spellStart"/>
      <w:r>
        <w:t>następujące</w:t>
      </w:r>
      <w:proofErr w:type="spellEnd"/>
      <w:r>
        <w:t xml:space="preserve"> zasady konstruktywnej komunikacji:</w:t>
      </w:r>
    </w:p>
    <w:p w14:paraId="1BC6DCBB" w14:textId="77777777" w:rsidR="00F93C5D" w:rsidRDefault="00000000" w:rsidP="00166471">
      <w:pPr>
        <w:spacing w:after="60" w:line="240" w:lineRule="auto"/>
        <w:jc w:val="both"/>
      </w:pPr>
      <w:r>
        <w:t>a) nie ocenia, nie uogólnia, nie interpretuje, nie daje „dobrych rad", nie moralizuje,</w:t>
      </w:r>
    </w:p>
    <w:p w14:paraId="370EB3CC" w14:textId="77777777" w:rsidR="00F93C5D" w:rsidRDefault="00000000" w:rsidP="00166471">
      <w:pPr>
        <w:spacing w:after="60" w:line="240" w:lineRule="auto"/>
        <w:jc w:val="both"/>
      </w:pPr>
      <w:r>
        <w:t>b) wysłuchuje, stosuje komunikaty „JA”, upewnia się, czy dobrze rozumie swojego rozmówcę</w:t>
      </w:r>
    </w:p>
    <w:p w14:paraId="4A1465FC" w14:textId="77777777" w:rsidR="00F93C5D" w:rsidRDefault="00000000" w:rsidP="00166471">
      <w:pPr>
        <w:spacing w:after="60" w:line="240" w:lineRule="auto"/>
        <w:jc w:val="both"/>
      </w:pPr>
      <w:r>
        <w:t>c) oddziela problem od osoby, wyraża brak akceptacji dla zachowania a nie człowieka,</w:t>
      </w:r>
    </w:p>
    <w:p w14:paraId="0B995C53" w14:textId="77777777" w:rsidR="00F93C5D" w:rsidRDefault="00000000" w:rsidP="00166471">
      <w:pPr>
        <w:spacing w:after="60" w:line="240" w:lineRule="auto"/>
        <w:jc w:val="both"/>
      </w:pPr>
      <w:r>
        <w:t>d) skupia swoją uwagę na rozmówcy, koncentruje się na tym co mówi,</w:t>
      </w:r>
    </w:p>
    <w:p w14:paraId="1577A596" w14:textId="77777777" w:rsidR="00F93C5D" w:rsidRDefault="00000000" w:rsidP="00166471">
      <w:pPr>
        <w:spacing w:after="60" w:line="240" w:lineRule="auto"/>
        <w:jc w:val="both"/>
      </w:pPr>
      <w:r>
        <w:t>e) okazuje rozmówcy szacunek,</w:t>
      </w:r>
    </w:p>
    <w:p w14:paraId="2A181F45" w14:textId="77777777" w:rsidR="00F93C5D" w:rsidRDefault="00000000" w:rsidP="00166471">
      <w:pPr>
        <w:spacing w:after="60" w:line="240" w:lineRule="auto"/>
        <w:jc w:val="both"/>
      </w:pPr>
      <w:r>
        <w:t>f) mówi wprost – otwarcie udziela konkretnych informacji zwrotnych.</w:t>
      </w:r>
    </w:p>
    <w:p w14:paraId="7A74613F" w14:textId="590D80A0" w:rsidR="00F93C5D" w:rsidRDefault="00000000" w:rsidP="00166471">
      <w:pPr>
        <w:spacing w:after="60" w:line="240" w:lineRule="auto"/>
        <w:jc w:val="both"/>
      </w:pPr>
      <w:r>
        <w:t>2.</w:t>
      </w:r>
      <w:r w:rsidR="005A10A9">
        <w:t xml:space="preserve"> </w:t>
      </w:r>
      <w:r>
        <w:t xml:space="preserve">W </w:t>
      </w:r>
      <w:proofErr w:type="spellStart"/>
      <w:r>
        <w:t>komunikacji</w:t>
      </w:r>
      <w:proofErr w:type="spellEnd"/>
      <w:r>
        <w:t xml:space="preserve"> z </w:t>
      </w:r>
      <w:proofErr w:type="spellStart"/>
      <w:r>
        <w:t>małoletnim</w:t>
      </w:r>
      <w:proofErr w:type="spellEnd"/>
      <w:r>
        <w:t xml:space="preserve"> </w:t>
      </w:r>
      <w:proofErr w:type="spellStart"/>
      <w:r>
        <w:t>podczas</w:t>
      </w:r>
      <w:proofErr w:type="spellEnd"/>
      <w:r>
        <w:t xml:space="preserve"> rozwiązywaniu konfliktów wystrzega się:</w:t>
      </w:r>
    </w:p>
    <w:p w14:paraId="5DC39D27" w14:textId="77777777" w:rsidR="00F93C5D" w:rsidRDefault="00000000" w:rsidP="00166471">
      <w:pPr>
        <w:spacing w:after="60" w:line="240" w:lineRule="auto"/>
        <w:jc w:val="both"/>
      </w:pPr>
      <w:r>
        <w:t>a) tzw. stoperów komunikacyjnych: osądzania, krytykowania, wyzywania, rozkazywania, oskarżania, grożenia, odwracania uwagi,</w:t>
      </w:r>
    </w:p>
    <w:p w14:paraId="3470D755" w14:textId="77777777" w:rsidR="00F93C5D" w:rsidRDefault="00000000" w:rsidP="00166471">
      <w:pPr>
        <w:spacing w:after="60" w:line="240" w:lineRule="auto"/>
        <w:jc w:val="both"/>
      </w:pPr>
      <w:r>
        <w:t>b) błędu nadmiernej generalizacji (zamiast mówić o konkretnych sytuacjach i konkretnych przyczynach irytacji, złości, przypisuje się pewne zdarzenia stałym cechom osoby),</w:t>
      </w:r>
    </w:p>
    <w:p w14:paraId="68019C83" w14:textId="77777777" w:rsidR="00F93C5D" w:rsidRDefault="00000000" w:rsidP="00166471">
      <w:pPr>
        <w:spacing w:after="60" w:line="240" w:lineRule="auto"/>
        <w:jc w:val="both"/>
      </w:pPr>
      <w:r>
        <w:t>c) niewłaściwego zrozumienia intencji rozmówcy,</w:t>
      </w:r>
    </w:p>
    <w:p w14:paraId="20DE361E" w14:textId="77777777" w:rsidR="00F93C5D" w:rsidRDefault="00000000" w:rsidP="00166471">
      <w:pPr>
        <w:spacing w:after="60" w:line="240" w:lineRule="auto"/>
        <w:jc w:val="both"/>
      </w:pPr>
      <w:r>
        <w:t>d) niespójności komunikatu werbalnego z niewerbalnym.</w:t>
      </w:r>
    </w:p>
    <w:p w14:paraId="07CEDF4A" w14:textId="52EC91AB" w:rsidR="00F93C5D" w:rsidRDefault="00000000" w:rsidP="00166471">
      <w:pPr>
        <w:spacing w:after="60" w:line="240" w:lineRule="auto"/>
        <w:jc w:val="both"/>
      </w:pPr>
      <w:r>
        <w:t>3.</w:t>
      </w:r>
      <w:r w:rsidR="005A10A9">
        <w:t xml:space="preserve"> </w:t>
      </w:r>
      <w:r>
        <w:t xml:space="preserve">W </w:t>
      </w:r>
      <w:proofErr w:type="spellStart"/>
      <w:r>
        <w:t>procesie</w:t>
      </w:r>
      <w:proofErr w:type="spellEnd"/>
      <w:r>
        <w:t xml:space="preserve"> </w:t>
      </w:r>
      <w:proofErr w:type="spellStart"/>
      <w:r>
        <w:t>rozwiązywania</w:t>
      </w:r>
      <w:proofErr w:type="spellEnd"/>
      <w:r>
        <w:t xml:space="preserve"> </w:t>
      </w:r>
      <w:proofErr w:type="spellStart"/>
      <w:r>
        <w:t>konfliktu</w:t>
      </w:r>
      <w:proofErr w:type="spellEnd"/>
      <w:r>
        <w:t xml:space="preserve"> dba o komunikację dającą małoletniemu poczucie</w:t>
      </w:r>
    </w:p>
    <w:p w14:paraId="2658CAD0" w14:textId="77777777" w:rsidR="00F93C5D" w:rsidRDefault="00000000" w:rsidP="00166471">
      <w:pPr>
        <w:spacing w:after="60" w:line="240" w:lineRule="auto"/>
        <w:jc w:val="both"/>
      </w:pPr>
      <w:r>
        <w:t>bezpieczeństwa emocjonalnego i psychospołecznego, chroniącą go od poczucia, że rozwiązanie konfliktu jest dla niego krzywdzące i rodzi poczucie niesprawiedliwości,</w:t>
      </w:r>
    </w:p>
    <w:p w14:paraId="3769587E" w14:textId="77777777" w:rsidR="00F93C5D" w:rsidRDefault="00000000" w:rsidP="00166471">
      <w:pPr>
        <w:spacing w:after="60" w:line="240" w:lineRule="auto"/>
        <w:jc w:val="both"/>
      </w:pPr>
      <w:r>
        <w:t>zlekceważenia czy odrzucenia.</w:t>
      </w:r>
    </w:p>
    <w:p w14:paraId="5F74A5D3" w14:textId="2059B820" w:rsidR="00F93C5D" w:rsidRDefault="00000000" w:rsidP="00166471">
      <w:pPr>
        <w:spacing w:after="60" w:line="240" w:lineRule="auto"/>
        <w:jc w:val="both"/>
      </w:pPr>
      <w:r>
        <w:t>4.</w:t>
      </w:r>
      <w:r w:rsidR="005A10A9">
        <w:t xml:space="preserve"> </w:t>
      </w:r>
      <w:proofErr w:type="spellStart"/>
      <w:r>
        <w:t>Umiejętnie</w:t>
      </w:r>
      <w:proofErr w:type="spellEnd"/>
      <w:r>
        <w:t xml:space="preserve">, w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konstruktywny</w:t>
      </w:r>
      <w:proofErr w:type="spellEnd"/>
      <w:r>
        <w:t xml:space="preserve"> </w:t>
      </w:r>
      <w:proofErr w:type="spellStart"/>
      <w:r>
        <w:t>uczestniczy</w:t>
      </w:r>
      <w:proofErr w:type="spellEnd"/>
      <w:r>
        <w:t xml:space="preserve"> w </w:t>
      </w:r>
      <w:proofErr w:type="spellStart"/>
      <w:r>
        <w:t>rozwiązywaniu</w:t>
      </w:r>
      <w:proofErr w:type="spellEnd"/>
      <w:r>
        <w:t xml:space="preserve"> </w:t>
      </w:r>
      <w:proofErr w:type="spellStart"/>
      <w:r>
        <w:t>konfliktów</w:t>
      </w:r>
      <w:proofErr w:type="spellEnd"/>
      <w:r>
        <w:t>, stosując              w zależności od potrzeb różne metody ich rozwiązywania, np. negocjacje, mediacje, arbitraż, facylitację.</w:t>
      </w:r>
    </w:p>
    <w:p w14:paraId="190A7781" w14:textId="79C5161B" w:rsidR="00F93C5D" w:rsidRDefault="00000000" w:rsidP="00166471">
      <w:pPr>
        <w:spacing w:after="60" w:line="240" w:lineRule="auto"/>
        <w:jc w:val="both"/>
      </w:pPr>
      <w:r>
        <w:t>5.</w:t>
      </w:r>
      <w:r w:rsidR="005A10A9">
        <w:t xml:space="preserve"> </w:t>
      </w:r>
      <w:proofErr w:type="spellStart"/>
      <w:r>
        <w:t>Szybko</w:t>
      </w:r>
      <w:proofErr w:type="spellEnd"/>
      <w:r>
        <w:t xml:space="preserve"> </w:t>
      </w:r>
      <w:proofErr w:type="spellStart"/>
      <w:r>
        <w:t>reaguje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problemy</w:t>
      </w:r>
      <w:proofErr w:type="spellEnd"/>
      <w:r>
        <w:t xml:space="preserve"> </w:t>
      </w:r>
      <w:proofErr w:type="spellStart"/>
      <w:r>
        <w:t>związane</w:t>
      </w:r>
      <w:proofErr w:type="spellEnd"/>
      <w:r>
        <w:t xml:space="preserve"> z </w:t>
      </w:r>
      <w:proofErr w:type="spellStart"/>
      <w:r>
        <w:t>dyscypliną</w:t>
      </w:r>
      <w:proofErr w:type="spellEnd"/>
      <w:r>
        <w:t>:</w:t>
      </w:r>
    </w:p>
    <w:p w14:paraId="41976043" w14:textId="77777777" w:rsidR="00F93C5D" w:rsidRDefault="00000000" w:rsidP="00166471">
      <w:pPr>
        <w:spacing w:after="60" w:line="240" w:lineRule="auto"/>
        <w:jc w:val="both"/>
      </w:pPr>
      <w:r>
        <w:t>a) rozwiązuje pojawiające się problemy z dyscypliną bezpośrednio po naruszeniu zasad przez małoletniego,</w:t>
      </w:r>
    </w:p>
    <w:p w14:paraId="6754C05B" w14:textId="77777777" w:rsidR="00F93C5D" w:rsidRDefault="00000000" w:rsidP="00166471">
      <w:pPr>
        <w:spacing w:after="60" w:line="240" w:lineRule="auto"/>
        <w:jc w:val="both"/>
      </w:pPr>
      <w:r>
        <w:t>b) nie podnosi nadmiernie głosu i nie krzyczy, zwraca uwagę tym, którzy łamią ustalony porządek,</w:t>
      </w:r>
    </w:p>
    <w:p w14:paraId="396450FB" w14:textId="77777777" w:rsidR="00F93C5D" w:rsidRDefault="00000000" w:rsidP="00166471">
      <w:pPr>
        <w:spacing w:after="60" w:line="240" w:lineRule="auto"/>
        <w:jc w:val="both"/>
      </w:pPr>
      <w:r>
        <w:t>c) wykazuje empatię wobec małoletnich,</w:t>
      </w:r>
    </w:p>
    <w:p w14:paraId="58837291" w14:textId="77777777" w:rsidR="00F93C5D" w:rsidRDefault="00000000" w:rsidP="00166471">
      <w:pPr>
        <w:spacing w:after="60" w:line="240" w:lineRule="auto"/>
        <w:jc w:val="both"/>
      </w:pPr>
      <w:r>
        <w:t>d) ustala (przypomina) obowiązujące zasady – wyraźnie określa oczekiwane zachowania.</w:t>
      </w:r>
    </w:p>
    <w:p w14:paraId="45CF0628" w14:textId="7FD79D43" w:rsidR="00F93C5D" w:rsidRDefault="00000000" w:rsidP="00166471">
      <w:pPr>
        <w:spacing w:after="60" w:line="240" w:lineRule="auto"/>
        <w:jc w:val="both"/>
      </w:pPr>
      <w:r>
        <w:t>6.</w:t>
      </w:r>
      <w:r w:rsidR="005A10A9">
        <w:t xml:space="preserve"> </w:t>
      </w:r>
      <w:r>
        <w:t xml:space="preserve">Metody </w:t>
      </w:r>
      <w:proofErr w:type="spellStart"/>
      <w:r>
        <w:t>dyscyplinowania</w:t>
      </w:r>
      <w:proofErr w:type="spellEnd"/>
      <w:r>
        <w:t xml:space="preserve"> </w:t>
      </w:r>
      <w:proofErr w:type="spellStart"/>
      <w:r>
        <w:t>dobiera</w:t>
      </w:r>
      <w:proofErr w:type="spellEnd"/>
      <w:r>
        <w:t xml:space="preserve"> </w:t>
      </w:r>
      <w:proofErr w:type="spellStart"/>
      <w:r>
        <w:t>adekwatnie</w:t>
      </w:r>
      <w:proofErr w:type="spellEnd"/>
      <w:r>
        <w:t xml:space="preserve"> do wieku i poziomu rozwoju. Metody te nie mogą naruszać godności i nietykalności osobistej (zakaz stosowania kar fizycznych).</w:t>
      </w:r>
    </w:p>
    <w:p w14:paraId="322C126F" w14:textId="77777777" w:rsidR="00F93C5D" w:rsidRDefault="00000000" w:rsidP="00166471">
      <w:pPr>
        <w:spacing w:after="60" w:line="240" w:lineRule="auto"/>
        <w:jc w:val="both"/>
      </w:pPr>
      <w:r>
        <w:t>Upominając słownie, perswazyjnie, stara się opanować własne negatywne emocje, np. złość, zdenerwowanie. Jeśli zajdzie taka potrzeba przekazuje małoletniemu utrzymany                         w spokojnym tonie komunikat jasny, konkretny/rzeczowy, wolny od stygmatyzowania, nakierowany na ocenę zachowania małoletniego, a nie jego osoby.</w:t>
      </w:r>
    </w:p>
    <w:p w14:paraId="5FCC075C" w14:textId="77777777" w:rsidR="00F93C5D" w:rsidRDefault="00F93C5D" w:rsidP="00166471">
      <w:pPr>
        <w:spacing w:after="60" w:line="240" w:lineRule="auto"/>
        <w:jc w:val="both"/>
      </w:pPr>
    </w:p>
    <w:p w14:paraId="314348DD" w14:textId="77777777" w:rsidR="00F93C5D" w:rsidRDefault="00000000" w:rsidP="00166471">
      <w:pPr>
        <w:spacing w:after="60" w:line="240" w:lineRule="auto"/>
        <w:jc w:val="both"/>
      </w:pPr>
      <w:r>
        <w:tab/>
        <w:t>C. Zakaz stosowania przemocy wobec małoletniego w jakiejkolwiek formie, w tym nawiązywania relacji o charakterze seksualnym.</w:t>
      </w:r>
    </w:p>
    <w:p w14:paraId="7D4F0419" w14:textId="77777777" w:rsidR="00F93C5D" w:rsidRDefault="00F93C5D" w:rsidP="00166471">
      <w:pPr>
        <w:spacing w:after="60" w:line="240" w:lineRule="auto"/>
        <w:jc w:val="both"/>
      </w:pPr>
    </w:p>
    <w:p w14:paraId="5B5D2DAA" w14:textId="11745E8F" w:rsidR="00F93C5D" w:rsidRDefault="00000000" w:rsidP="00166471">
      <w:pPr>
        <w:spacing w:after="60" w:line="240" w:lineRule="auto"/>
        <w:jc w:val="both"/>
      </w:pPr>
      <w:r>
        <w:t>1.</w:t>
      </w:r>
      <w:r w:rsidR="005A10A9">
        <w:t xml:space="preserve"> </w:t>
      </w:r>
      <w:proofErr w:type="spellStart"/>
      <w:r>
        <w:t>Kontakty</w:t>
      </w:r>
      <w:proofErr w:type="spellEnd"/>
      <w:r>
        <w:t xml:space="preserve"> </w:t>
      </w:r>
      <w:proofErr w:type="spellStart"/>
      <w:r>
        <w:t>personelu</w:t>
      </w:r>
      <w:proofErr w:type="spellEnd"/>
      <w:r>
        <w:t xml:space="preserve"> z </w:t>
      </w:r>
      <w:proofErr w:type="spellStart"/>
      <w:r>
        <w:t>małoletnim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łamią</w:t>
      </w:r>
      <w:proofErr w:type="spellEnd"/>
      <w:r>
        <w:t xml:space="preserve"> </w:t>
      </w:r>
      <w:proofErr w:type="spellStart"/>
      <w:r>
        <w:t>obowiązującego</w:t>
      </w:r>
      <w:proofErr w:type="spellEnd"/>
      <w:r>
        <w:t xml:space="preserve"> </w:t>
      </w:r>
      <w:proofErr w:type="spellStart"/>
      <w:r>
        <w:t>prawa</w:t>
      </w:r>
      <w:proofErr w:type="spellEnd"/>
      <w:r>
        <w:t>, ustalonych norm                    i zasad. Wszyscy małoletni są sprawiedliwie traktowani. Pracownicy nie dzielą ich i nie dyskryminują (ze względu na pochodzenie, poczucie tożsamości, wiek, płeć, status materialny, wygląd zewnętrzny, wiedzę i umiejętności).</w:t>
      </w:r>
    </w:p>
    <w:p w14:paraId="20ADB2E5" w14:textId="464F9C3A" w:rsidR="00F93C5D" w:rsidRDefault="00000000" w:rsidP="00166471">
      <w:pPr>
        <w:spacing w:after="60" w:line="240" w:lineRule="auto"/>
        <w:jc w:val="both"/>
      </w:pPr>
      <w:r>
        <w:lastRenderedPageBreak/>
        <w:t>2.</w:t>
      </w:r>
      <w:r w:rsidR="005A10A9"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wykorzystuje</w:t>
      </w:r>
      <w:proofErr w:type="spellEnd"/>
      <w:r>
        <w:t xml:space="preserve"> </w:t>
      </w:r>
      <w:proofErr w:type="spellStart"/>
      <w:r>
        <w:t>wobec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</w:t>
      </w:r>
      <w:proofErr w:type="spellStart"/>
      <w:r>
        <w:t>relacji</w:t>
      </w:r>
      <w:proofErr w:type="spellEnd"/>
      <w:r>
        <w:t xml:space="preserve"> </w:t>
      </w:r>
      <w:proofErr w:type="spellStart"/>
      <w:r>
        <w:t>władzy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przewagi fizycznej (zastraszanie, przymuszanie, groźby).</w:t>
      </w:r>
    </w:p>
    <w:p w14:paraId="42B4B064" w14:textId="04AAA91F" w:rsidR="00F93C5D" w:rsidRDefault="00000000" w:rsidP="00166471">
      <w:pPr>
        <w:spacing w:after="60" w:line="240" w:lineRule="auto"/>
        <w:jc w:val="both"/>
      </w:pPr>
      <w:r>
        <w:t>3.</w:t>
      </w:r>
      <w:r w:rsidR="005A10A9"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stosuje</w:t>
      </w:r>
      <w:proofErr w:type="spellEnd"/>
      <w:r>
        <w:t xml:space="preserve"> </w:t>
      </w:r>
      <w:proofErr w:type="spellStart"/>
      <w:r>
        <w:t>żadnej</w:t>
      </w:r>
      <w:proofErr w:type="spellEnd"/>
      <w:r>
        <w:t xml:space="preserve"> </w:t>
      </w:r>
      <w:proofErr w:type="spellStart"/>
      <w:r>
        <w:t>formy</w:t>
      </w:r>
      <w:proofErr w:type="spellEnd"/>
      <w:r>
        <w:t xml:space="preserve"> </w:t>
      </w:r>
      <w:proofErr w:type="spellStart"/>
      <w:r>
        <w:t>przemocy</w:t>
      </w:r>
      <w:proofErr w:type="spellEnd"/>
      <w:r>
        <w:t xml:space="preserve"> </w:t>
      </w:r>
      <w:proofErr w:type="spellStart"/>
      <w:r>
        <w:t>fizycznej</w:t>
      </w:r>
      <w:proofErr w:type="spellEnd"/>
      <w:r>
        <w:t xml:space="preserve"> </w:t>
      </w:r>
      <w:proofErr w:type="spellStart"/>
      <w:r>
        <w:t>wobec</w:t>
      </w:r>
      <w:proofErr w:type="spellEnd"/>
      <w:r>
        <w:t xml:space="preserve"> małoletnich, np. takiej jak: zabieranie rzeczy, niszczenie rzeczy, bicie, popychanie, szturchanie, ograniczenie swobody ruchu, szczypanie, klapsy, pociągnięcie za włosy, bicie przedmiotami, wykręcanie rąk.</w:t>
      </w:r>
    </w:p>
    <w:p w14:paraId="28DFC4D2" w14:textId="4194E0FD" w:rsidR="00F93C5D" w:rsidRDefault="00000000" w:rsidP="00166471">
      <w:pPr>
        <w:spacing w:after="60" w:line="240" w:lineRule="auto"/>
        <w:jc w:val="both"/>
      </w:pPr>
      <w:r>
        <w:t>4.</w:t>
      </w:r>
      <w:r w:rsidR="005A10A9"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stosuje</w:t>
      </w:r>
      <w:proofErr w:type="spellEnd"/>
      <w:r>
        <w:t xml:space="preserve"> </w:t>
      </w:r>
      <w:proofErr w:type="spellStart"/>
      <w:r>
        <w:t>żadnej</w:t>
      </w:r>
      <w:proofErr w:type="spellEnd"/>
      <w:r>
        <w:t xml:space="preserve"> </w:t>
      </w:r>
      <w:proofErr w:type="spellStart"/>
      <w:r>
        <w:t>formy</w:t>
      </w:r>
      <w:proofErr w:type="spellEnd"/>
      <w:r>
        <w:t xml:space="preserve"> </w:t>
      </w:r>
      <w:proofErr w:type="spellStart"/>
      <w:r>
        <w:t>przemocy</w:t>
      </w:r>
      <w:proofErr w:type="spellEnd"/>
      <w:r>
        <w:t xml:space="preserve"> </w:t>
      </w:r>
      <w:proofErr w:type="spellStart"/>
      <w:r>
        <w:t>psychicznej</w:t>
      </w:r>
      <w:proofErr w:type="spellEnd"/>
      <w:r>
        <w:t xml:space="preserve"> </w:t>
      </w:r>
      <w:proofErr w:type="spellStart"/>
      <w:r>
        <w:t>wobec</w:t>
      </w:r>
      <w:proofErr w:type="spellEnd"/>
      <w:r>
        <w:t xml:space="preserve"> małoletnich, np. takiej jak:</w:t>
      </w:r>
    </w:p>
    <w:p w14:paraId="2B8E739F" w14:textId="77777777" w:rsidR="00F93C5D" w:rsidRDefault="00000000" w:rsidP="00166471">
      <w:pPr>
        <w:spacing w:after="60" w:line="240" w:lineRule="auto"/>
        <w:jc w:val="both"/>
      </w:pPr>
      <w:r>
        <w:t>a) izolowanie, pomijanie, obniżanie statusu,</w:t>
      </w:r>
    </w:p>
    <w:p w14:paraId="12F6719B" w14:textId="77777777" w:rsidR="00F93C5D" w:rsidRDefault="00000000" w:rsidP="00166471">
      <w:pPr>
        <w:spacing w:after="60" w:line="240" w:lineRule="auto"/>
        <w:jc w:val="both"/>
      </w:pPr>
      <w:r>
        <w:t>b) stygmatyzowanie z powodu ich zdrowia, osiągnięć edukacyjnych, wyglądu, orientacji seksualnej, światopoglądu czy sytuacji majątkowej,</w:t>
      </w:r>
    </w:p>
    <w:p w14:paraId="13710ECB" w14:textId="77777777" w:rsidR="00F93C5D" w:rsidRDefault="00000000" w:rsidP="00166471">
      <w:pPr>
        <w:spacing w:after="60" w:line="240" w:lineRule="auto"/>
        <w:jc w:val="both"/>
      </w:pPr>
      <w:r>
        <w:t>c) wyszydzanie, wyśmiewanie, ośmieszanie, poniżanie, wyzywanie, grożenie,</w:t>
      </w:r>
    </w:p>
    <w:p w14:paraId="73514029" w14:textId="77777777" w:rsidR="00F93C5D" w:rsidRDefault="00000000" w:rsidP="00166471">
      <w:pPr>
        <w:spacing w:after="60" w:line="240" w:lineRule="auto"/>
        <w:jc w:val="both"/>
      </w:pPr>
      <w:r>
        <w:t>d) nadmierne, wygórowane wymagania,</w:t>
      </w:r>
    </w:p>
    <w:p w14:paraId="0F174A80" w14:textId="77777777" w:rsidR="00F93C5D" w:rsidRDefault="00000000" w:rsidP="00166471">
      <w:pPr>
        <w:spacing w:after="60" w:line="240" w:lineRule="auto"/>
        <w:jc w:val="both"/>
      </w:pPr>
      <w:r>
        <w:t>e) agresywne wypowiedzi i komentarze,</w:t>
      </w:r>
    </w:p>
    <w:p w14:paraId="0B91CFAB" w14:textId="77777777" w:rsidR="00F93C5D" w:rsidRDefault="00000000" w:rsidP="00166471">
      <w:pPr>
        <w:spacing w:after="60" w:line="240" w:lineRule="auto"/>
        <w:jc w:val="both"/>
      </w:pPr>
      <w:r>
        <w:t>f) rozpowszechnianie wszelkich nieprawdziwych, poniżających materiałów.</w:t>
      </w:r>
    </w:p>
    <w:p w14:paraId="73D88B51" w14:textId="0EA1F979" w:rsidR="00F93C5D" w:rsidRDefault="00000000" w:rsidP="00166471">
      <w:pPr>
        <w:spacing w:after="60" w:line="240" w:lineRule="auto"/>
        <w:jc w:val="both"/>
      </w:pPr>
      <w:r>
        <w:t>5.</w:t>
      </w:r>
      <w:r w:rsidR="005A10A9"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stosuje</w:t>
      </w:r>
      <w:proofErr w:type="spellEnd"/>
      <w:r>
        <w:t xml:space="preserve"> </w:t>
      </w:r>
      <w:proofErr w:type="spellStart"/>
      <w:r>
        <w:t>naruszających</w:t>
      </w:r>
      <w:proofErr w:type="spellEnd"/>
      <w:r>
        <w:t xml:space="preserve"> </w:t>
      </w:r>
      <w:proofErr w:type="spellStart"/>
      <w:r>
        <w:t>godność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</w:t>
      </w:r>
      <w:proofErr w:type="spellStart"/>
      <w:r>
        <w:t>wypowiedzi</w:t>
      </w:r>
      <w:proofErr w:type="spellEnd"/>
      <w:r>
        <w:t xml:space="preserve"> o podtekście seksualnym, nie nawiązuje w wypowiedziach do aktywności bądź atrakcyjności seksualnej w tym:</w:t>
      </w:r>
    </w:p>
    <w:p w14:paraId="5565851B" w14:textId="77777777" w:rsidR="00F93C5D" w:rsidRDefault="00000000" w:rsidP="00166471">
      <w:pPr>
        <w:spacing w:after="60" w:line="240" w:lineRule="auto"/>
        <w:jc w:val="both"/>
      </w:pPr>
      <w:r>
        <w:t>a) komentarzy na temat ciała/ wyglądu/ ubioru z podtekstem seksualnym; dyskryminujących komentarzy odnoszących się do płci,</w:t>
      </w:r>
    </w:p>
    <w:p w14:paraId="32B03F31" w14:textId="77777777" w:rsidR="00F93C5D" w:rsidRDefault="00000000" w:rsidP="00166471">
      <w:pPr>
        <w:spacing w:after="60" w:line="240" w:lineRule="auto"/>
        <w:jc w:val="both"/>
      </w:pPr>
      <w:r>
        <w:t>b) wulgarnych lub niestosownych dowcipów i żartów,</w:t>
      </w:r>
    </w:p>
    <w:p w14:paraId="2E75013C" w14:textId="77777777" w:rsidR="00F93C5D" w:rsidRDefault="00000000" w:rsidP="00166471">
      <w:pPr>
        <w:spacing w:after="60" w:line="240" w:lineRule="auto"/>
        <w:jc w:val="both"/>
      </w:pPr>
      <w:r>
        <w:t>c) nie pisze do małoletnich wulgarnych lub dwuznacznych smsów, e-maili,</w:t>
      </w:r>
    </w:p>
    <w:p w14:paraId="59BD2ABE" w14:textId="77777777" w:rsidR="00F93C5D" w:rsidRDefault="00000000" w:rsidP="00166471">
      <w:pPr>
        <w:spacing w:after="60" w:line="240" w:lineRule="auto"/>
        <w:jc w:val="both"/>
      </w:pPr>
      <w:r>
        <w:t>d) nie wdaje się w prywatne rozmowy małoletnich w mediach społecznościowych, nie zamieszcza komentarzy i nie udostępnia zdjęć, w jakimkolwiek podtekście lub kontekście erotycznym, które mogłyby wyrządzić krzywdę,</w:t>
      </w:r>
    </w:p>
    <w:p w14:paraId="491DB3F5" w14:textId="654EAF32" w:rsidR="00F93C5D" w:rsidRDefault="00000000" w:rsidP="00166471">
      <w:pPr>
        <w:spacing w:after="60" w:line="240" w:lineRule="auto"/>
        <w:jc w:val="both"/>
      </w:pPr>
      <w:r>
        <w:t>6.</w:t>
      </w:r>
      <w:r w:rsidR="005A10A9"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narusza</w:t>
      </w:r>
      <w:proofErr w:type="spellEnd"/>
      <w:r>
        <w:t xml:space="preserve"> </w:t>
      </w:r>
      <w:proofErr w:type="spellStart"/>
      <w:r>
        <w:t>nietykalności</w:t>
      </w:r>
      <w:proofErr w:type="spellEnd"/>
      <w:r>
        <w:t xml:space="preserve"> </w:t>
      </w:r>
      <w:proofErr w:type="spellStart"/>
      <w:r>
        <w:t>osobistej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>. Nie zachowuje się wobec nich              w sposób niestosowny, np. nie dotyka, nie głaszcze, nie poklepuje w sposób poufały, dwuznaczny w celu zaspokojenia własnych potrzeb seksualnych.</w:t>
      </w:r>
    </w:p>
    <w:p w14:paraId="138D9E4A" w14:textId="2DE22457" w:rsidR="00F93C5D" w:rsidRDefault="00000000" w:rsidP="00166471">
      <w:pPr>
        <w:spacing w:after="60" w:line="240" w:lineRule="auto"/>
        <w:jc w:val="both"/>
      </w:pPr>
      <w:r>
        <w:t>7.</w:t>
      </w:r>
      <w:r w:rsidR="005A10A9">
        <w:t xml:space="preserve"> </w:t>
      </w:r>
      <w:r>
        <w:t xml:space="preserve">Nie </w:t>
      </w:r>
      <w:proofErr w:type="spellStart"/>
      <w:r>
        <w:t>zmusza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do </w:t>
      </w:r>
      <w:proofErr w:type="spellStart"/>
      <w:r>
        <w:t>odbycia</w:t>
      </w:r>
      <w:proofErr w:type="spellEnd"/>
      <w:r>
        <w:t xml:space="preserve"> jakiekolwiek aktywności o charakterze seksualnym.</w:t>
      </w:r>
    </w:p>
    <w:p w14:paraId="3AFE4005" w14:textId="21A76A1B" w:rsidR="00F93C5D" w:rsidRDefault="00000000" w:rsidP="00166471">
      <w:pPr>
        <w:spacing w:after="60" w:line="240" w:lineRule="auto"/>
        <w:jc w:val="both"/>
      </w:pPr>
      <w:r>
        <w:t>8.</w:t>
      </w:r>
      <w:r w:rsidR="005A10A9">
        <w:t xml:space="preserve"> </w:t>
      </w:r>
      <w:r>
        <w:t xml:space="preserve">Nie </w:t>
      </w:r>
      <w:proofErr w:type="spellStart"/>
      <w:r>
        <w:t>prowokuje</w:t>
      </w:r>
      <w:proofErr w:type="spellEnd"/>
      <w:r>
        <w:t xml:space="preserve"> </w:t>
      </w:r>
      <w:proofErr w:type="spellStart"/>
      <w:r>
        <w:t>nieodpowiednich</w:t>
      </w:r>
      <w:proofErr w:type="spellEnd"/>
      <w:r>
        <w:t xml:space="preserve"> </w:t>
      </w:r>
      <w:proofErr w:type="spellStart"/>
      <w:r>
        <w:t>kontaktów</w:t>
      </w:r>
      <w:proofErr w:type="spellEnd"/>
      <w:r>
        <w:t xml:space="preserve"> z małoletnim, np. nie angażuje się w takie aktywności, jak udawane walki z dziećmi czy brutalne zabawy fizyczne.</w:t>
      </w:r>
    </w:p>
    <w:p w14:paraId="46EAD011" w14:textId="0BF5B442" w:rsidR="00F93C5D" w:rsidRDefault="00000000" w:rsidP="00166471">
      <w:pPr>
        <w:spacing w:after="60" w:line="240" w:lineRule="auto"/>
        <w:jc w:val="both"/>
      </w:pPr>
      <w:r>
        <w:t>9.</w:t>
      </w:r>
      <w:r w:rsidR="005A10A9">
        <w:t xml:space="preserve"> </w:t>
      </w:r>
      <w:proofErr w:type="spellStart"/>
      <w:r>
        <w:t>Upewnia</w:t>
      </w:r>
      <w:proofErr w:type="spellEnd"/>
      <w:r>
        <w:t xml:space="preserve">/ </w:t>
      </w:r>
      <w:proofErr w:type="spellStart"/>
      <w:r>
        <w:t>informuje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czują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niekomfortowo</w:t>
      </w:r>
      <w:proofErr w:type="spellEnd"/>
      <w:r>
        <w:t xml:space="preserve"> w jakiejś sytuacji, wobec konkretnego zachowania czy słów, mogą o tym powiedzieć bezpośrednio lub wskazanej osobie i mogą oczekiwać odpowiedniej reakcji lub pomocy. Zawsze jest przygotowany na wyjaśnienie swoich działań/ zachowania.</w:t>
      </w:r>
    </w:p>
    <w:p w14:paraId="393CE442" w14:textId="64688D58" w:rsidR="00F93C5D" w:rsidRDefault="00000000" w:rsidP="00166471">
      <w:pPr>
        <w:spacing w:after="60" w:line="240" w:lineRule="auto"/>
        <w:jc w:val="both"/>
      </w:pPr>
      <w:r>
        <w:t>10.</w:t>
      </w:r>
      <w:r w:rsidR="005A10A9"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zachowuje</w:t>
      </w:r>
      <w:proofErr w:type="spellEnd"/>
      <w:r>
        <w:t xml:space="preserve"> </w:t>
      </w:r>
      <w:proofErr w:type="spellStart"/>
      <w:r>
        <w:t>szczególną</w:t>
      </w:r>
      <w:proofErr w:type="spellEnd"/>
      <w:r>
        <w:t xml:space="preserve"> </w:t>
      </w:r>
      <w:proofErr w:type="spellStart"/>
      <w:r>
        <w:t>ostrożność</w:t>
      </w:r>
      <w:proofErr w:type="spellEnd"/>
      <w:r>
        <w:t xml:space="preserve"> </w:t>
      </w:r>
      <w:proofErr w:type="spellStart"/>
      <w:r>
        <w:t>wobec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, </w:t>
      </w:r>
      <w:proofErr w:type="spellStart"/>
      <w:r>
        <w:t>którzy</w:t>
      </w:r>
      <w:proofErr w:type="spellEnd"/>
      <w:r>
        <w:t xml:space="preserve"> </w:t>
      </w:r>
      <w:proofErr w:type="spellStart"/>
      <w:r>
        <w:t>doświadczyli</w:t>
      </w:r>
      <w:proofErr w:type="spellEnd"/>
      <w:r>
        <w:t xml:space="preserve"> nadużycia i krzywdzenia, w tym seksualnego, fizycznego bądź zaniedbania. Jeżeli małoletni dążyłyby do nawiązania niestosownych bądź nieadekwatnych fizycznych kontaktów                   z dorosłymi, personel reaguje z wyczuciem, jednak stanowczo, a także pomaga małoletniemu zrozumieć znaczenie osobistych granic.</w:t>
      </w:r>
    </w:p>
    <w:p w14:paraId="700D87C6" w14:textId="0B0CC687" w:rsidR="00F93C5D" w:rsidRDefault="00000000" w:rsidP="00166471">
      <w:pPr>
        <w:spacing w:after="60" w:line="240" w:lineRule="auto"/>
        <w:jc w:val="both"/>
      </w:pPr>
      <w:r>
        <w:t>11.</w:t>
      </w:r>
      <w:r w:rsidR="005A10A9"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równoważy</w:t>
      </w:r>
      <w:proofErr w:type="spellEnd"/>
      <w:r>
        <w:t xml:space="preserve"> </w:t>
      </w:r>
      <w:proofErr w:type="spellStart"/>
      <w:r>
        <w:t>potrzebę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z prawem małoletniego do prywatności, np. nie należy otaczać małoletnich osobistą opieką, której oni nie potrzebują.</w:t>
      </w:r>
    </w:p>
    <w:p w14:paraId="521EA1ED" w14:textId="30E551DE" w:rsidR="00F93C5D" w:rsidRDefault="00000000" w:rsidP="00166471">
      <w:pPr>
        <w:spacing w:after="60" w:line="240" w:lineRule="auto"/>
        <w:jc w:val="both"/>
      </w:pPr>
      <w:r>
        <w:t>12.</w:t>
      </w:r>
      <w:r w:rsidR="005A10A9"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każdej</w:t>
      </w:r>
      <w:proofErr w:type="spellEnd"/>
      <w:r>
        <w:t xml:space="preserve"> </w:t>
      </w:r>
      <w:proofErr w:type="spellStart"/>
      <w:r>
        <w:t>rozmowie</w:t>
      </w:r>
      <w:proofErr w:type="spellEnd"/>
      <w:r>
        <w:t xml:space="preserve"> o </w:t>
      </w:r>
      <w:proofErr w:type="spellStart"/>
      <w:r>
        <w:t>charakterze</w:t>
      </w:r>
      <w:proofErr w:type="spellEnd"/>
      <w:r>
        <w:t xml:space="preserve"> </w:t>
      </w:r>
      <w:proofErr w:type="spellStart"/>
      <w:r>
        <w:t>indywidualnym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życzenie</w:t>
      </w:r>
      <w:proofErr w:type="spellEnd"/>
      <w:r>
        <w:t xml:space="preserve"> małoletniego zapewnia obecność innej osoby dorosłej.</w:t>
      </w:r>
    </w:p>
    <w:p w14:paraId="7C36E99F" w14:textId="6F17BB27" w:rsidR="00F93C5D" w:rsidRDefault="00000000" w:rsidP="00166471">
      <w:pPr>
        <w:spacing w:after="60" w:line="240" w:lineRule="auto"/>
        <w:jc w:val="both"/>
      </w:pPr>
      <w:r>
        <w:t>13.</w:t>
      </w:r>
      <w:r w:rsidR="005A10A9">
        <w:t xml:space="preserve"> </w:t>
      </w:r>
      <w:r>
        <w:t xml:space="preserve">W </w:t>
      </w:r>
      <w:proofErr w:type="spellStart"/>
      <w:r>
        <w:t>sytuacjach</w:t>
      </w:r>
      <w:proofErr w:type="spellEnd"/>
      <w:r>
        <w:t xml:space="preserve"> </w:t>
      </w:r>
      <w:proofErr w:type="spellStart"/>
      <w:r>
        <w:t>wymagających</w:t>
      </w:r>
      <w:proofErr w:type="spellEnd"/>
      <w:r>
        <w:t xml:space="preserve"> </w:t>
      </w:r>
      <w:proofErr w:type="spellStart"/>
      <w:r>
        <w:t>czynności</w:t>
      </w:r>
      <w:proofErr w:type="spellEnd"/>
      <w:r>
        <w:t xml:space="preserve"> </w:t>
      </w:r>
      <w:proofErr w:type="spellStart"/>
      <w:r>
        <w:t>pielęgnacyjnych</w:t>
      </w:r>
      <w:proofErr w:type="spellEnd"/>
      <w:r>
        <w:t xml:space="preserve"> i higienicznych wobec małoletniego uczestniczy rodzic/opiekun prawny, przez co personel unika innego niż niezbędny kontaktu fizycznego. Dotyczy to zwłaszcza pomagania w korzystaniu z toalety.</w:t>
      </w:r>
    </w:p>
    <w:p w14:paraId="61AD6182" w14:textId="77777777" w:rsidR="00F93C5D" w:rsidRDefault="00F93C5D" w:rsidP="00166471">
      <w:pPr>
        <w:spacing w:after="60" w:line="240" w:lineRule="auto"/>
        <w:jc w:val="both"/>
      </w:pPr>
    </w:p>
    <w:p w14:paraId="5382B608" w14:textId="77777777" w:rsidR="00F93C5D" w:rsidRDefault="00000000" w:rsidP="00166471">
      <w:pPr>
        <w:spacing w:after="60" w:line="240" w:lineRule="auto"/>
        <w:jc w:val="both"/>
      </w:pPr>
      <w:r>
        <w:t>D. Zasady nawiązywania kontaktu z małoletnimi w godzinach pracy, za pomocą kanałów</w:t>
      </w:r>
    </w:p>
    <w:p w14:paraId="588E29C5" w14:textId="77777777" w:rsidR="00F93C5D" w:rsidRDefault="00000000" w:rsidP="00166471">
      <w:pPr>
        <w:spacing w:after="60" w:line="240" w:lineRule="auto"/>
        <w:jc w:val="both"/>
      </w:pPr>
      <w:r>
        <w:t>służbowych oraz w celach diagnostycznych i pomocowych.</w:t>
      </w:r>
    </w:p>
    <w:p w14:paraId="60E554BD" w14:textId="77777777" w:rsidR="00F93C5D" w:rsidRDefault="00F93C5D" w:rsidP="00166471">
      <w:pPr>
        <w:spacing w:after="60" w:line="240" w:lineRule="auto"/>
        <w:jc w:val="both"/>
      </w:pPr>
    </w:p>
    <w:p w14:paraId="58F0BF42" w14:textId="01389350" w:rsidR="00F93C5D" w:rsidRDefault="00000000" w:rsidP="00166471">
      <w:pPr>
        <w:spacing w:after="60" w:line="240" w:lineRule="auto"/>
        <w:jc w:val="both"/>
      </w:pPr>
      <w:r>
        <w:t>1.</w:t>
      </w:r>
      <w:r w:rsidR="005A10A9">
        <w:t xml:space="preserve"> </w:t>
      </w:r>
      <w:proofErr w:type="spellStart"/>
      <w:r>
        <w:t>Kontaktując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małoletnim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traktuje</w:t>
      </w:r>
      <w:proofErr w:type="spellEnd"/>
      <w:r>
        <w:t xml:space="preserve"> go </w:t>
      </w:r>
      <w:proofErr w:type="spellStart"/>
      <w:r>
        <w:t>podmiotowo</w:t>
      </w:r>
      <w:proofErr w:type="spellEnd"/>
      <w:r>
        <w:t>.</w:t>
      </w:r>
    </w:p>
    <w:p w14:paraId="26E636B2" w14:textId="39671474" w:rsidR="00F93C5D" w:rsidRDefault="00000000" w:rsidP="00166471">
      <w:pPr>
        <w:spacing w:after="60" w:line="240" w:lineRule="auto"/>
        <w:jc w:val="both"/>
      </w:pPr>
      <w:r>
        <w:t>2.</w:t>
      </w:r>
      <w:r w:rsidR="005375F0"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nigdy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niejawny</w:t>
      </w:r>
      <w:proofErr w:type="spellEnd"/>
      <w:r>
        <w:t xml:space="preserve"> </w:t>
      </w:r>
      <w:proofErr w:type="spellStart"/>
      <w:r>
        <w:t>bądź</w:t>
      </w:r>
      <w:proofErr w:type="spellEnd"/>
      <w:r>
        <w:t xml:space="preserve"> </w:t>
      </w:r>
      <w:proofErr w:type="spellStart"/>
      <w:r>
        <w:t>ukrywany</w:t>
      </w:r>
      <w:proofErr w:type="spellEnd"/>
      <w:r>
        <w:t>, nie może wiązać się z jakąkolwiek gratyfikacją ani wynikać z relacji władzy.</w:t>
      </w:r>
    </w:p>
    <w:p w14:paraId="68CD1DD5" w14:textId="076C4B56" w:rsidR="00F93C5D" w:rsidRDefault="00000000" w:rsidP="00166471">
      <w:pPr>
        <w:spacing w:after="60" w:line="240" w:lineRule="auto"/>
        <w:jc w:val="both"/>
      </w:pPr>
      <w:r>
        <w:t>3.</w:t>
      </w:r>
      <w:r w:rsidR="005375F0">
        <w:t xml:space="preserve"> </w:t>
      </w:r>
      <w:r>
        <w:t xml:space="preserve">Co do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powinien</w:t>
      </w:r>
      <w:proofErr w:type="spellEnd"/>
      <w:r>
        <w:t xml:space="preserve"> </w:t>
      </w:r>
      <w:proofErr w:type="spellStart"/>
      <w:r>
        <w:t>odbywać</w:t>
      </w:r>
      <w:proofErr w:type="spellEnd"/>
      <w:r>
        <w:t xml:space="preserve"> się wyłącznie w godzinach pracy i dotyczyć celów mieszczących się w zakresie obowiązków personelu.</w:t>
      </w:r>
    </w:p>
    <w:p w14:paraId="1FFE660C" w14:textId="7CFB1B8E" w:rsidR="00F93C5D" w:rsidRDefault="00000000" w:rsidP="00166471">
      <w:pPr>
        <w:spacing w:after="60" w:line="240" w:lineRule="auto"/>
        <w:jc w:val="both"/>
      </w:pPr>
      <w:r>
        <w:t>4.</w:t>
      </w:r>
      <w:r w:rsidR="005375F0"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zaprasza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do swojego miejsca zamieszkania, nie spotyka się z nimi prywatnie poza godzinami pracy.</w:t>
      </w:r>
    </w:p>
    <w:p w14:paraId="7D9DA2E3" w14:textId="349F47F5" w:rsidR="00F93C5D" w:rsidRDefault="00000000" w:rsidP="00166471">
      <w:pPr>
        <w:spacing w:after="60" w:line="240" w:lineRule="auto"/>
        <w:jc w:val="both"/>
      </w:pPr>
      <w:r>
        <w:t>5.</w:t>
      </w:r>
      <w:r w:rsidR="005375F0"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nawiązuje</w:t>
      </w:r>
      <w:proofErr w:type="spellEnd"/>
      <w:r>
        <w:t xml:space="preserve"> </w:t>
      </w:r>
      <w:proofErr w:type="spellStart"/>
      <w:r>
        <w:t>kontaktów</w:t>
      </w:r>
      <w:proofErr w:type="spellEnd"/>
      <w:r>
        <w:t xml:space="preserve"> </w:t>
      </w:r>
      <w:proofErr w:type="spellStart"/>
      <w:r>
        <w:t>poprzez</w:t>
      </w:r>
      <w:proofErr w:type="spellEnd"/>
      <w:r>
        <w:t xml:space="preserve"> </w:t>
      </w:r>
      <w:proofErr w:type="spellStart"/>
      <w:r>
        <w:t>przyjmowanie</w:t>
      </w:r>
      <w:proofErr w:type="spellEnd"/>
      <w:r>
        <w:t xml:space="preserve"> </w:t>
      </w:r>
      <w:proofErr w:type="spellStart"/>
      <w:r>
        <w:t>bądź</w:t>
      </w:r>
      <w:proofErr w:type="spellEnd"/>
      <w:r>
        <w:t xml:space="preserve"> </w:t>
      </w:r>
      <w:proofErr w:type="spellStart"/>
      <w:r>
        <w:t>wysyłanie</w:t>
      </w:r>
      <w:proofErr w:type="spellEnd"/>
      <w:r>
        <w:t xml:space="preserve"> do nich zaproszeń w mediach społecznościowych. Nie kontaktuje się z nimi poprzez prywatne kanały komunikacji (prywatny telefon, e-mail, komunikatory, profile w mediach społecznościowych).</w:t>
      </w:r>
    </w:p>
    <w:p w14:paraId="237ED813" w14:textId="389DE3ED" w:rsidR="00F93C5D" w:rsidRDefault="00000000" w:rsidP="00166471">
      <w:pPr>
        <w:spacing w:after="60" w:line="240" w:lineRule="auto"/>
        <w:jc w:val="both"/>
      </w:pPr>
      <w:r>
        <w:t>6.</w:t>
      </w:r>
      <w:r w:rsidR="005375F0">
        <w:t xml:space="preserve"> 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zachodzi</w:t>
      </w:r>
      <w:proofErr w:type="spellEnd"/>
      <w:r>
        <w:t xml:space="preserve"> taka </w:t>
      </w:r>
      <w:proofErr w:type="spellStart"/>
      <w:r>
        <w:t>konieczność</w:t>
      </w:r>
      <w:proofErr w:type="spellEnd"/>
      <w:r>
        <w:t xml:space="preserve">, </w:t>
      </w:r>
      <w:proofErr w:type="spellStart"/>
      <w:r>
        <w:t>właściwą</w:t>
      </w:r>
      <w:proofErr w:type="spellEnd"/>
      <w:r>
        <w:t xml:space="preserve"> </w:t>
      </w:r>
      <w:proofErr w:type="spellStart"/>
      <w:r>
        <w:t>formą</w:t>
      </w:r>
      <w:proofErr w:type="spellEnd"/>
      <w:r>
        <w:t xml:space="preserve"> </w:t>
      </w:r>
      <w:proofErr w:type="spellStart"/>
      <w:r>
        <w:t>komunikacji</w:t>
      </w:r>
      <w:proofErr w:type="spellEnd"/>
      <w:r>
        <w:t xml:space="preserve"> z małoletnimi poza godzinami pracy są kanały służbowe (e-mail, telefon służbowy), a rodzice/ opiekunowie prawni dzieci muszą wyrazić zgodę na taki kontakt.</w:t>
      </w:r>
    </w:p>
    <w:p w14:paraId="5434233F" w14:textId="0AE82F52" w:rsidR="00F93C5D" w:rsidRDefault="00000000" w:rsidP="00166471">
      <w:pPr>
        <w:spacing w:after="60" w:line="240" w:lineRule="auto"/>
        <w:jc w:val="both"/>
      </w:pPr>
      <w:r>
        <w:t>7.</w:t>
      </w:r>
      <w:r w:rsidR="005375F0">
        <w:t xml:space="preserve"> </w:t>
      </w:r>
      <w:proofErr w:type="spellStart"/>
      <w:r>
        <w:t>Utrzymywanie</w:t>
      </w:r>
      <w:proofErr w:type="spellEnd"/>
      <w:r>
        <w:t xml:space="preserve"> </w:t>
      </w:r>
      <w:proofErr w:type="spellStart"/>
      <w:r>
        <w:t>relacji</w:t>
      </w:r>
      <w:proofErr w:type="spellEnd"/>
      <w:r>
        <w:t xml:space="preserve"> </w:t>
      </w:r>
      <w:proofErr w:type="spellStart"/>
      <w:r>
        <w:t>towarzyskich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rodzinnych</w:t>
      </w:r>
      <w:proofErr w:type="spellEnd"/>
      <w:r>
        <w:t xml:space="preserve"> (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jego rodzice/ opiekunowie są osobami bliskimi dla personelu) wymaga zachowania poufności wszystkich informacji dotyczących innych małoletnich, ich rodziców/ opiekunów.</w:t>
      </w:r>
    </w:p>
    <w:p w14:paraId="6F3919A0" w14:textId="77777777" w:rsidR="00F93C5D" w:rsidRDefault="00F93C5D" w:rsidP="00166471">
      <w:pPr>
        <w:spacing w:after="60" w:line="240" w:lineRule="auto"/>
        <w:jc w:val="both"/>
      </w:pPr>
    </w:p>
    <w:p w14:paraId="7C9904FC" w14:textId="77777777" w:rsidR="00F93C5D" w:rsidRDefault="00000000" w:rsidP="00166471">
      <w:pPr>
        <w:spacing w:after="60" w:line="240" w:lineRule="auto"/>
        <w:jc w:val="both"/>
      </w:pPr>
      <w:r>
        <w:t>3.3 Zasady bezpiecznych relacji między małoletnimi w poradni, w tym działania niedozwolone</w:t>
      </w:r>
    </w:p>
    <w:p w14:paraId="15612D1D" w14:textId="77777777" w:rsidR="00F93C5D" w:rsidRDefault="00F93C5D" w:rsidP="00166471">
      <w:pPr>
        <w:spacing w:after="60" w:line="240" w:lineRule="auto"/>
        <w:jc w:val="both"/>
      </w:pPr>
    </w:p>
    <w:p w14:paraId="4C0C64DC" w14:textId="77777777" w:rsidR="00F93C5D" w:rsidRDefault="00000000" w:rsidP="00166471">
      <w:pPr>
        <w:spacing w:after="60" w:line="240" w:lineRule="auto"/>
        <w:jc w:val="both"/>
      </w:pPr>
      <w:r>
        <w:t>A. Zasady bezpiecznych relacji między małoletnimi</w:t>
      </w:r>
    </w:p>
    <w:p w14:paraId="12863606" w14:textId="77777777" w:rsidR="00F93C5D" w:rsidRDefault="00F93C5D" w:rsidP="00166471">
      <w:pPr>
        <w:spacing w:after="60" w:line="240" w:lineRule="auto"/>
        <w:jc w:val="both"/>
      </w:pPr>
    </w:p>
    <w:p w14:paraId="41D33F73" w14:textId="68B9B543" w:rsidR="00F93C5D" w:rsidRDefault="00000000" w:rsidP="00166471">
      <w:pPr>
        <w:spacing w:after="60" w:line="240" w:lineRule="auto"/>
        <w:jc w:val="both"/>
      </w:pPr>
      <w:r>
        <w:t>1.</w:t>
      </w:r>
      <w:r w:rsidR="00F67633"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mają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życia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przebywania</w:t>
      </w:r>
      <w:proofErr w:type="spellEnd"/>
      <w:r>
        <w:t xml:space="preserve"> w bezpiecznym środowisku. Pracownicy pedagogiczni i personel poradni chronią ich i zapewniają im bezpieczeństwo.</w:t>
      </w:r>
    </w:p>
    <w:p w14:paraId="6035EC40" w14:textId="3DA302B6" w:rsidR="00F93C5D" w:rsidRDefault="00000000" w:rsidP="00166471">
      <w:pPr>
        <w:spacing w:after="60" w:line="240" w:lineRule="auto"/>
        <w:jc w:val="both"/>
      </w:pPr>
      <w:r>
        <w:t>2.</w:t>
      </w:r>
      <w:r w:rsidR="00F67633"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mają</w:t>
      </w:r>
      <w:proofErr w:type="spellEnd"/>
      <w:r>
        <w:t xml:space="preserve"> </w:t>
      </w:r>
      <w:proofErr w:type="spellStart"/>
      <w:r>
        <w:t>obowiązek</w:t>
      </w:r>
      <w:proofErr w:type="spellEnd"/>
      <w:r>
        <w:t xml:space="preserve"> </w:t>
      </w:r>
      <w:proofErr w:type="spellStart"/>
      <w:r>
        <w:t>przestrzegania</w:t>
      </w:r>
      <w:proofErr w:type="spellEnd"/>
      <w:r>
        <w:t xml:space="preserve"> </w:t>
      </w:r>
      <w:proofErr w:type="spellStart"/>
      <w:r>
        <w:t>ogólnie</w:t>
      </w:r>
      <w:proofErr w:type="spellEnd"/>
      <w:r>
        <w:t xml:space="preserve"> </w:t>
      </w:r>
      <w:proofErr w:type="spellStart"/>
      <w:r>
        <w:t>obowiązujących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norm zachowania.</w:t>
      </w:r>
    </w:p>
    <w:p w14:paraId="0FB54C6A" w14:textId="2887C12B" w:rsidR="00F93C5D" w:rsidRDefault="00000000" w:rsidP="00166471">
      <w:pPr>
        <w:spacing w:after="60" w:line="240" w:lineRule="auto"/>
        <w:jc w:val="both"/>
      </w:pPr>
      <w:r>
        <w:t>3.</w:t>
      </w:r>
      <w:r w:rsidR="00F67633"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uznają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do </w:t>
      </w:r>
      <w:proofErr w:type="spellStart"/>
      <w:r>
        <w:t>odmienności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zachowania tożsamości ze względu na: pochodzenie etniczne, geograficzne, narodowe, religię, status ekonomiczny, cechy rodzinne, wiek, płeć, orientację seksualną, cechy fizyczne, niepełnosprawność. Nie naruszają praw innych – nikogo nie dyskryminują ze względu na jakąkolwiek jego odmienność.</w:t>
      </w:r>
    </w:p>
    <w:p w14:paraId="394126F8" w14:textId="58B26FE9" w:rsidR="00F93C5D" w:rsidRDefault="00000000" w:rsidP="00166471">
      <w:pPr>
        <w:spacing w:after="60" w:line="240" w:lineRule="auto"/>
        <w:jc w:val="both"/>
      </w:pPr>
      <w:r>
        <w:t>4.</w:t>
      </w:r>
      <w:r w:rsidR="00F67633">
        <w:t xml:space="preserve"> </w:t>
      </w:r>
      <w:proofErr w:type="spellStart"/>
      <w:r>
        <w:t>Zachowanie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postępowanie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</w:t>
      </w:r>
      <w:proofErr w:type="spellStart"/>
      <w:r>
        <w:t>wobec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narusza ich poczucia godności i wartości osobistej. Małoletni są zobowiązani do respektowania praw i wolności osobistych innych, ich prawa do własnego zdania, do poszukiwań i popełniania błędów, do własnych poglądów, wyglądu i zachowania – w ramach społecznie przyjętych norm                          i wartości.</w:t>
      </w:r>
    </w:p>
    <w:p w14:paraId="1380D53C" w14:textId="44447A38" w:rsidR="00F93C5D" w:rsidRDefault="00000000" w:rsidP="00166471">
      <w:pPr>
        <w:spacing w:after="60" w:line="240" w:lineRule="auto"/>
        <w:jc w:val="both"/>
      </w:pPr>
      <w:r>
        <w:t>5.</w:t>
      </w:r>
      <w:r w:rsidR="00F67633">
        <w:t xml:space="preserve"> </w:t>
      </w:r>
      <w:proofErr w:type="spellStart"/>
      <w:r>
        <w:t>Kontakty</w:t>
      </w:r>
      <w:proofErr w:type="spellEnd"/>
      <w:r>
        <w:t xml:space="preserve"> </w:t>
      </w:r>
      <w:proofErr w:type="spellStart"/>
      <w:r>
        <w:t>między</w:t>
      </w:r>
      <w:proofErr w:type="spellEnd"/>
      <w:r>
        <w:t xml:space="preserve"> </w:t>
      </w:r>
      <w:proofErr w:type="spellStart"/>
      <w:r>
        <w:t>małoletnimi</w:t>
      </w:r>
      <w:proofErr w:type="spellEnd"/>
      <w:r>
        <w:t xml:space="preserve"> </w:t>
      </w:r>
      <w:proofErr w:type="spellStart"/>
      <w:r>
        <w:t>cechuje</w:t>
      </w:r>
      <w:proofErr w:type="spellEnd"/>
      <w:r>
        <w:t xml:space="preserve"> </w:t>
      </w:r>
      <w:proofErr w:type="spellStart"/>
      <w:r>
        <w:t>zachowanie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nich</w:t>
      </w:r>
      <w:proofErr w:type="spellEnd"/>
      <w:r>
        <w:t xml:space="preserve"> </w:t>
      </w:r>
      <w:proofErr w:type="spellStart"/>
      <w:r>
        <w:t>wysokiej</w:t>
      </w:r>
      <w:proofErr w:type="spellEnd"/>
      <w:r>
        <w:t xml:space="preserve"> kultury osobistej, np. używanie zwrotów grzecznościowych typu proszę, dziękuję, przepraszam; uprzejmość; życzliwość; poprawny, wolny od wulgaryzmów język; kontrola swojego zachowania                       i emocji; wyrażanie sądów i opinii w spokojny sposób, który nikogo nie obraża i nie krzywdzi.</w:t>
      </w:r>
    </w:p>
    <w:p w14:paraId="508109CE" w14:textId="4570BCC8" w:rsidR="00F93C5D" w:rsidRDefault="00000000" w:rsidP="00166471">
      <w:pPr>
        <w:spacing w:after="60" w:line="240" w:lineRule="auto"/>
        <w:jc w:val="both"/>
      </w:pPr>
      <w:r>
        <w:t>6.</w:t>
      </w:r>
      <w:r w:rsidR="00F67633"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budują</w:t>
      </w:r>
      <w:proofErr w:type="spellEnd"/>
      <w:r>
        <w:t xml:space="preserve"> </w:t>
      </w:r>
      <w:proofErr w:type="spellStart"/>
      <w:r>
        <w:t>wzajemne</w:t>
      </w:r>
      <w:proofErr w:type="spellEnd"/>
      <w:r>
        <w:t xml:space="preserve"> </w:t>
      </w:r>
      <w:proofErr w:type="spellStart"/>
      <w:r>
        <w:t>relacje</w:t>
      </w:r>
      <w:proofErr w:type="spellEnd"/>
      <w:r>
        <w:t xml:space="preserve"> </w:t>
      </w:r>
      <w:proofErr w:type="spellStart"/>
      <w:r>
        <w:t>poprzez</w:t>
      </w:r>
      <w:proofErr w:type="spellEnd"/>
      <w:r>
        <w:t xml:space="preserve"> </w:t>
      </w:r>
      <w:proofErr w:type="spellStart"/>
      <w:r>
        <w:t>niwelowanie</w:t>
      </w:r>
      <w:proofErr w:type="spellEnd"/>
      <w:r>
        <w:t xml:space="preserve"> </w:t>
      </w:r>
      <w:proofErr w:type="spellStart"/>
      <w:r>
        <w:t>konkurencyjności</w:t>
      </w:r>
      <w:proofErr w:type="spellEnd"/>
      <w:r>
        <w:t xml:space="preserve"> </w:t>
      </w:r>
      <w:proofErr w:type="spellStart"/>
      <w:r>
        <w:t>między</w:t>
      </w:r>
      <w:proofErr w:type="spellEnd"/>
      <w:r>
        <w:t xml:space="preserve"> sobą                            w różnych obszarach życia, wzajemne zrozumienie oraz konstruktywne, bez użycia siły rozwiązywanie problemów i konfliktów między sobą. Akceptują i szanują siebie nawzajem.</w:t>
      </w:r>
    </w:p>
    <w:p w14:paraId="016207B8" w14:textId="5AEFEB60" w:rsidR="00F93C5D" w:rsidRDefault="00000000" w:rsidP="00166471">
      <w:pPr>
        <w:spacing w:after="60" w:line="240" w:lineRule="auto"/>
        <w:jc w:val="both"/>
      </w:pPr>
      <w:r>
        <w:lastRenderedPageBreak/>
        <w:t>7.</w:t>
      </w:r>
      <w:r w:rsidR="00F67633"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okazują</w:t>
      </w:r>
      <w:proofErr w:type="spellEnd"/>
      <w:r>
        <w:t xml:space="preserve"> </w:t>
      </w:r>
      <w:proofErr w:type="spellStart"/>
      <w:r>
        <w:t>zrozumienie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trudności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problemów</w:t>
      </w:r>
      <w:proofErr w:type="spellEnd"/>
      <w:r>
        <w:t xml:space="preserve"> </w:t>
      </w:r>
      <w:proofErr w:type="spellStart"/>
      <w:r>
        <w:t>innych</w:t>
      </w:r>
      <w:proofErr w:type="spellEnd"/>
      <w:r>
        <w:t>, nie wyśmiewają ich, nie krytykują.</w:t>
      </w:r>
    </w:p>
    <w:p w14:paraId="28CED631" w14:textId="5AEA8C1E" w:rsidR="00F93C5D" w:rsidRDefault="00000000" w:rsidP="00166471">
      <w:pPr>
        <w:spacing w:after="60" w:line="240" w:lineRule="auto"/>
        <w:jc w:val="both"/>
      </w:pPr>
      <w:r>
        <w:t>8.</w:t>
      </w:r>
      <w:r w:rsidR="00F67633">
        <w:t xml:space="preserve"> </w:t>
      </w:r>
      <w:r>
        <w:t xml:space="preserve">W </w:t>
      </w:r>
      <w:proofErr w:type="spellStart"/>
      <w:r>
        <w:t>kontaktach</w:t>
      </w:r>
      <w:proofErr w:type="spellEnd"/>
      <w:r>
        <w:t xml:space="preserve"> </w:t>
      </w:r>
      <w:proofErr w:type="spellStart"/>
      <w:r>
        <w:t>między</w:t>
      </w:r>
      <w:proofErr w:type="spellEnd"/>
      <w:r>
        <w:t xml:space="preserve"> </w:t>
      </w:r>
      <w:proofErr w:type="spellStart"/>
      <w:r>
        <w:t>sobą</w:t>
      </w:r>
      <w:proofErr w:type="spellEnd"/>
      <w:r>
        <w:t xml:space="preserve"> </w:t>
      </w:r>
      <w:proofErr w:type="spellStart"/>
      <w:r>
        <w:t>małoletni</w:t>
      </w:r>
      <w:proofErr w:type="spellEnd"/>
      <w:r>
        <w:t xml:space="preserve"> nie powinni zachowywać się prowokacyjnie                             i konkurencyjnie. Nie powinni również mieć poczucia zagrożenia czy odczuwać wrogości ze strony innych.</w:t>
      </w:r>
    </w:p>
    <w:p w14:paraId="21FBE00F" w14:textId="03C7BFCD" w:rsidR="00F93C5D" w:rsidRDefault="00000000" w:rsidP="00166471">
      <w:pPr>
        <w:spacing w:after="60" w:line="240" w:lineRule="auto"/>
        <w:jc w:val="both"/>
      </w:pPr>
      <w:r>
        <w:t>9.</w:t>
      </w:r>
      <w:r w:rsidR="00F67633"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mają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własnych</w:t>
      </w:r>
      <w:proofErr w:type="spellEnd"/>
      <w:r>
        <w:t xml:space="preserve"> </w:t>
      </w:r>
      <w:proofErr w:type="spellStart"/>
      <w:r>
        <w:t>poglądów</w:t>
      </w:r>
      <w:proofErr w:type="spellEnd"/>
      <w:r>
        <w:t xml:space="preserve">, </w:t>
      </w:r>
      <w:proofErr w:type="spellStart"/>
      <w:r>
        <w:t>ocen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spojrzenia na świat oraz wyrażania ich, pod warunkiem, że sposób ich wyrażania wolny jest od agresji i przemocy oraz nikomu nie wyrządza krzywdy.</w:t>
      </w:r>
    </w:p>
    <w:p w14:paraId="56CF5EA6" w14:textId="5C1B98AC" w:rsidR="00F93C5D" w:rsidRDefault="00000000" w:rsidP="00166471">
      <w:pPr>
        <w:spacing w:after="60" w:line="240" w:lineRule="auto"/>
        <w:jc w:val="both"/>
      </w:pPr>
      <w:r>
        <w:t>10.</w:t>
      </w:r>
      <w:r w:rsidR="00F67633">
        <w:t xml:space="preserve"> </w:t>
      </w:r>
      <w:r>
        <w:t xml:space="preserve">Bez </w:t>
      </w:r>
      <w:proofErr w:type="spellStart"/>
      <w:r>
        <w:t>względu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powód</w:t>
      </w:r>
      <w:proofErr w:type="spellEnd"/>
      <w:r>
        <w:t xml:space="preserve">, </w:t>
      </w:r>
      <w:proofErr w:type="spellStart"/>
      <w:r>
        <w:t>agresja</w:t>
      </w:r>
      <w:proofErr w:type="spellEnd"/>
      <w:r>
        <w:t xml:space="preserve"> i przemoc fizyczna, słowna lub psychiczna wśród małoletnich nigdy nie może być przez nich akceptowana lub usprawiedliwiona. Małoletni nie mają prawa stosować z jakiegokolwiek powodu słownej, fizycznej i psychicznej agresji oraz przemocy wobec innych.</w:t>
      </w:r>
    </w:p>
    <w:p w14:paraId="6C6EFB87" w14:textId="5010D3CD" w:rsidR="00F93C5D" w:rsidRDefault="00000000" w:rsidP="00166471">
      <w:pPr>
        <w:spacing w:after="60" w:line="240" w:lineRule="auto"/>
        <w:jc w:val="both"/>
      </w:pPr>
      <w:r>
        <w:t>11.</w:t>
      </w:r>
      <w:r w:rsidR="00F67633">
        <w:t xml:space="preserve"> 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małoletni</w:t>
      </w:r>
      <w:proofErr w:type="spellEnd"/>
      <w:r>
        <w:t xml:space="preserve"> jest </w:t>
      </w:r>
      <w:proofErr w:type="spellStart"/>
      <w:r>
        <w:t>świadkiem</w:t>
      </w:r>
      <w:proofErr w:type="spellEnd"/>
      <w:r>
        <w:t xml:space="preserve"> </w:t>
      </w:r>
      <w:proofErr w:type="spellStart"/>
      <w:r>
        <w:t>stosowania</w:t>
      </w:r>
      <w:proofErr w:type="spellEnd"/>
      <w:r>
        <w:t xml:space="preserve"> </w:t>
      </w:r>
      <w:proofErr w:type="spellStart"/>
      <w:r>
        <w:t>jakiejkolwiek</w:t>
      </w:r>
      <w:proofErr w:type="spellEnd"/>
      <w:r>
        <w:t xml:space="preserve"> </w:t>
      </w:r>
      <w:proofErr w:type="spellStart"/>
      <w:r>
        <w:t>formy</w:t>
      </w:r>
      <w:proofErr w:type="spellEnd"/>
      <w:r>
        <w:t xml:space="preserve"> </w:t>
      </w:r>
      <w:proofErr w:type="spellStart"/>
      <w:r>
        <w:t>agresji</w:t>
      </w:r>
      <w:proofErr w:type="spellEnd"/>
      <w:r>
        <w:t xml:space="preserve"> lub przemocy, ma obowiązek reagowania na nią, np. informując personel Poradni o zaistniałym fakcie.</w:t>
      </w:r>
    </w:p>
    <w:p w14:paraId="78B45DE1" w14:textId="29EB68D6" w:rsidR="00F93C5D" w:rsidRDefault="00000000" w:rsidP="00166471">
      <w:pPr>
        <w:spacing w:after="60" w:line="240" w:lineRule="auto"/>
        <w:jc w:val="both"/>
      </w:pPr>
      <w:r>
        <w:t>12.</w:t>
      </w:r>
      <w:r w:rsidR="00F67633"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uczestniczący</w:t>
      </w:r>
      <w:proofErr w:type="spellEnd"/>
      <w:r>
        <w:t xml:space="preserve"> w </w:t>
      </w:r>
      <w:proofErr w:type="spellStart"/>
      <w:r>
        <w:t>spotkaniach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terenie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znają</w:t>
      </w:r>
      <w:proofErr w:type="spellEnd"/>
      <w:r>
        <w:t xml:space="preserve"> obowiązujące procedury bezpieczeństwa – wiedzą, jak zachowywać się w sytuacjach, które zagrażają ich bezpieczeństwu lub bezpieczeństwu innych, gdzie i do kogo dorosłego mogą się zwrócić                 o pomoc.</w:t>
      </w:r>
    </w:p>
    <w:p w14:paraId="3A827A0C" w14:textId="70E80456" w:rsidR="00F93C5D" w:rsidRDefault="00000000" w:rsidP="00166471">
      <w:pPr>
        <w:spacing w:after="60" w:line="240" w:lineRule="auto"/>
        <w:jc w:val="both"/>
      </w:pPr>
      <w:r>
        <w:t>13.</w:t>
      </w:r>
      <w:r w:rsidR="00F67633">
        <w:t xml:space="preserve"> 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stał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ofiarą</w:t>
      </w:r>
      <w:proofErr w:type="spellEnd"/>
      <w:r>
        <w:t xml:space="preserve"> </w:t>
      </w:r>
      <w:proofErr w:type="spellStart"/>
      <w:r>
        <w:t>agresji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przemocy</w:t>
      </w:r>
      <w:proofErr w:type="spellEnd"/>
      <w:r>
        <w:t>, może uzyskać w poradni pomoc, zgodnie z obowiązującymi w niej procedurami.</w:t>
      </w:r>
    </w:p>
    <w:p w14:paraId="3A90FB32" w14:textId="77777777" w:rsidR="00F93C5D" w:rsidRDefault="00F93C5D" w:rsidP="00166471">
      <w:pPr>
        <w:spacing w:after="60" w:line="240" w:lineRule="auto"/>
        <w:jc w:val="both"/>
      </w:pPr>
    </w:p>
    <w:p w14:paraId="67018906" w14:textId="77777777" w:rsidR="00F93C5D" w:rsidRDefault="00000000" w:rsidP="00166471">
      <w:pPr>
        <w:spacing w:after="60" w:line="240" w:lineRule="auto"/>
        <w:jc w:val="both"/>
      </w:pPr>
      <w:r>
        <w:t>B. Niedozwolone zachowania małoletnich w poradni:</w:t>
      </w:r>
    </w:p>
    <w:p w14:paraId="40F29F8B" w14:textId="77777777" w:rsidR="00F93C5D" w:rsidRDefault="00F93C5D" w:rsidP="00166471">
      <w:pPr>
        <w:spacing w:after="60" w:line="240" w:lineRule="auto"/>
        <w:jc w:val="both"/>
      </w:pPr>
    </w:p>
    <w:p w14:paraId="36DF74B5" w14:textId="35B020AF" w:rsidR="00F93C5D" w:rsidRDefault="00000000" w:rsidP="00166471">
      <w:pPr>
        <w:spacing w:after="60" w:line="240" w:lineRule="auto"/>
        <w:jc w:val="both"/>
      </w:pPr>
      <w:r>
        <w:t>1.</w:t>
      </w:r>
      <w:r w:rsidR="00F67633">
        <w:t xml:space="preserve"> </w:t>
      </w:r>
      <w:proofErr w:type="spellStart"/>
      <w:r>
        <w:t>Stosowanie</w:t>
      </w:r>
      <w:proofErr w:type="spellEnd"/>
      <w:r>
        <w:t xml:space="preserve"> </w:t>
      </w:r>
      <w:proofErr w:type="spellStart"/>
      <w:r>
        <w:t>agresji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przemocy</w:t>
      </w:r>
      <w:proofErr w:type="spellEnd"/>
      <w:r>
        <w:t xml:space="preserve"> </w:t>
      </w:r>
      <w:proofErr w:type="spellStart"/>
      <w:r>
        <w:t>wobec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osób:</w:t>
      </w:r>
    </w:p>
    <w:p w14:paraId="358D1C18" w14:textId="77777777" w:rsidR="00F93C5D" w:rsidRDefault="00000000" w:rsidP="00166471">
      <w:pPr>
        <w:spacing w:after="60" w:line="240" w:lineRule="auto"/>
        <w:jc w:val="both"/>
      </w:pPr>
      <w:r>
        <w:t>a) agresji i przemocy fizycznej w różnych formach, np.:</w:t>
      </w:r>
    </w:p>
    <w:p w14:paraId="017BA47B" w14:textId="51497ADD" w:rsidR="00F93C5D" w:rsidRDefault="00000000" w:rsidP="00166471">
      <w:pPr>
        <w:spacing w:after="60" w:line="240" w:lineRule="auto"/>
        <w:jc w:val="both"/>
      </w:pPr>
      <w:r>
        <w:t>•</w:t>
      </w:r>
      <w:r w:rsidR="00F67633">
        <w:t xml:space="preserve"> </w:t>
      </w:r>
      <w:proofErr w:type="spellStart"/>
      <w:r>
        <w:t>bicie</w:t>
      </w:r>
      <w:proofErr w:type="spellEnd"/>
      <w:r>
        <w:t>/</w:t>
      </w:r>
      <w:proofErr w:type="spellStart"/>
      <w:r>
        <w:t>uderzenie</w:t>
      </w:r>
      <w:proofErr w:type="spellEnd"/>
      <w:r>
        <w:t>/</w:t>
      </w:r>
      <w:proofErr w:type="spellStart"/>
      <w:r>
        <w:t>popychanie</w:t>
      </w:r>
      <w:proofErr w:type="spellEnd"/>
      <w:r>
        <w:t>/</w:t>
      </w:r>
      <w:proofErr w:type="spellStart"/>
      <w:r>
        <w:t>kopanie</w:t>
      </w:r>
      <w:proofErr w:type="spellEnd"/>
      <w:r>
        <w:t>/</w:t>
      </w:r>
      <w:proofErr w:type="spellStart"/>
      <w:r>
        <w:t>opluwanie</w:t>
      </w:r>
      <w:proofErr w:type="spellEnd"/>
    </w:p>
    <w:p w14:paraId="7F61BB67" w14:textId="671ACAFE" w:rsidR="00F93C5D" w:rsidRDefault="00000000" w:rsidP="00166471">
      <w:pPr>
        <w:spacing w:after="60" w:line="240" w:lineRule="auto"/>
        <w:jc w:val="both"/>
      </w:pPr>
      <w:r>
        <w:t>•</w:t>
      </w:r>
      <w:r w:rsidR="00F67633">
        <w:t xml:space="preserve"> </w:t>
      </w:r>
      <w:proofErr w:type="spellStart"/>
      <w:r>
        <w:t>wymuszenia</w:t>
      </w:r>
      <w:proofErr w:type="spellEnd"/>
      <w:r>
        <w:t>;</w:t>
      </w:r>
    </w:p>
    <w:p w14:paraId="635F4B83" w14:textId="7D2BDE0E" w:rsidR="00F93C5D" w:rsidRDefault="00000000" w:rsidP="00166471">
      <w:pPr>
        <w:spacing w:after="60" w:line="240" w:lineRule="auto"/>
        <w:jc w:val="both"/>
      </w:pPr>
      <w:r>
        <w:t>•</w:t>
      </w:r>
      <w:r w:rsidR="00F67633">
        <w:t xml:space="preserve"> </w:t>
      </w:r>
      <w:proofErr w:type="spellStart"/>
      <w:r>
        <w:t>napastowanie</w:t>
      </w:r>
      <w:proofErr w:type="spellEnd"/>
      <w:r>
        <w:t xml:space="preserve"> </w:t>
      </w:r>
      <w:proofErr w:type="spellStart"/>
      <w:r>
        <w:t>seksualne</w:t>
      </w:r>
      <w:proofErr w:type="spellEnd"/>
      <w:r>
        <w:t>;</w:t>
      </w:r>
    </w:p>
    <w:p w14:paraId="59E0D7F3" w14:textId="7AE61CF0" w:rsidR="00F93C5D" w:rsidRDefault="00000000" w:rsidP="00166471">
      <w:pPr>
        <w:spacing w:after="60" w:line="240" w:lineRule="auto"/>
        <w:jc w:val="both"/>
      </w:pPr>
      <w:r>
        <w:t>•</w:t>
      </w:r>
      <w:r w:rsidR="00F67633">
        <w:t xml:space="preserve"> </w:t>
      </w:r>
      <w:proofErr w:type="spellStart"/>
      <w:r>
        <w:t>nadużywanie</w:t>
      </w:r>
      <w:proofErr w:type="spellEnd"/>
      <w:r>
        <w:t xml:space="preserve"> </w:t>
      </w:r>
      <w:proofErr w:type="spellStart"/>
      <w:r>
        <w:t>swojej</w:t>
      </w:r>
      <w:proofErr w:type="spellEnd"/>
      <w:r>
        <w:t xml:space="preserve"> </w:t>
      </w:r>
      <w:proofErr w:type="spellStart"/>
      <w:r>
        <w:t>przewagi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inną</w:t>
      </w:r>
      <w:proofErr w:type="spellEnd"/>
      <w:r>
        <w:t xml:space="preserve"> </w:t>
      </w:r>
      <w:proofErr w:type="spellStart"/>
      <w:r>
        <w:t>osobą</w:t>
      </w:r>
      <w:proofErr w:type="spellEnd"/>
      <w:r>
        <w:t>;</w:t>
      </w:r>
    </w:p>
    <w:p w14:paraId="21C96CAE" w14:textId="050A2F1D" w:rsidR="00F93C5D" w:rsidRDefault="00000000" w:rsidP="00166471">
      <w:pPr>
        <w:spacing w:after="60" w:line="240" w:lineRule="auto"/>
        <w:jc w:val="both"/>
      </w:pPr>
      <w:r>
        <w:t>•</w:t>
      </w:r>
      <w:r w:rsidR="00F67633">
        <w:t xml:space="preserve"> </w:t>
      </w:r>
      <w:proofErr w:type="spellStart"/>
      <w:r>
        <w:t>fizyczne</w:t>
      </w:r>
      <w:proofErr w:type="spellEnd"/>
      <w:r>
        <w:t xml:space="preserve"> </w:t>
      </w:r>
      <w:proofErr w:type="spellStart"/>
      <w:r>
        <w:t>zaczepki</w:t>
      </w:r>
      <w:proofErr w:type="spellEnd"/>
      <w:r>
        <w:t>;</w:t>
      </w:r>
    </w:p>
    <w:p w14:paraId="475B1C2A" w14:textId="008DC0BA" w:rsidR="00F93C5D" w:rsidRDefault="00000000" w:rsidP="00166471">
      <w:pPr>
        <w:spacing w:after="60" w:line="240" w:lineRule="auto"/>
        <w:jc w:val="both"/>
      </w:pPr>
      <w:r>
        <w:t>•</w:t>
      </w:r>
      <w:r w:rsidR="00F67633">
        <w:t xml:space="preserve"> </w:t>
      </w:r>
      <w:proofErr w:type="spellStart"/>
      <w:r>
        <w:t>zmuszanie</w:t>
      </w:r>
      <w:proofErr w:type="spellEnd"/>
      <w:r>
        <w:t xml:space="preserve"> </w:t>
      </w:r>
      <w:proofErr w:type="spellStart"/>
      <w:r>
        <w:t>innej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do </w:t>
      </w:r>
      <w:proofErr w:type="spellStart"/>
      <w:r>
        <w:t>podejmowania</w:t>
      </w:r>
      <w:proofErr w:type="spellEnd"/>
      <w:r>
        <w:t xml:space="preserve"> </w:t>
      </w:r>
      <w:proofErr w:type="spellStart"/>
      <w:r>
        <w:t>niewłaściwych</w:t>
      </w:r>
      <w:proofErr w:type="spellEnd"/>
      <w:r>
        <w:t xml:space="preserve"> </w:t>
      </w:r>
      <w:proofErr w:type="spellStart"/>
      <w:r>
        <w:t>działań</w:t>
      </w:r>
      <w:proofErr w:type="spellEnd"/>
      <w:r>
        <w:t>;</w:t>
      </w:r>
    </w:p>
    <w:p w14:paraId="0D543FA4" w14:textId="53119765" w:rsidR="00F93C5D" w:rsidRDefault="00000000" w:rsidP="00166471">
      <w:pPr>
        <w:spacing w:after="60" w:line="240" w:lineRule="auto"/>
        <w:jc w:val="both"/>
      </w:pPr>
      <w:r>
        <w:t>•</w:t>
      </w:r>
      <w:r w:rsidR="00F67633">
        <w:t xml:space="preserve"> </w:t>
      </w:r>
      <w:proofErr w:type="spellStart"/>
      <w:r>
        <w:t>rzucanie</w:t>
      </w:r>
      <w:proofErr w:type="spellEnd"/>
      <w:r>
        <w:t xml:space="preserve"> w </w:t>
      </w:r>
      <w:proofErr w:type="spellStart"/>
      <w:r>
        <w:t>kogoś</w:t>
      </w:r>
      <w:proofErr w:type="spellEnd"/>
      <w:r>
        <w:t xml:space="preserve"> </w:t>
      </w:r>
      <w:proofErr w:type="spellStart"/>
      <w:r>
        <w:t>przedmiotami</w:t>
      </w:r>
      <w:proofErr w:type="spellEnd"/>
      <w:r>
        <w:t>;</w:t>
      </w:r>
    </w:p>
    <w:p w14:paraId="741A3BE2" w14:textId="77777777" w:rsidR="00F93C5D" w:rsidRDefault="00000000" w:rsidP="00166471">
      <w:pPr>
        <w:spacing w:after="60" w:line="240" w:lineRule="auto"/>
        <w:jc w:val="both"/>
      </w:pPr>
      <w:r>
        <w:t>b) agresji i przemocy słownej w różnych formach, np.:</w:t>
      </w:r>
    </w:p>
    <w:p w14:paraId="2D784DFB" w14:textId="7D1A8A40" w:rsidR="00F93C5D" w:rsidRDefault="00000000" w:rsidP="00166471">
      <w:pPr>
        <w:spacing w:after="60" w:line="240" w:lineRule="auto"/>
        <w:jc w:val="both"/>
      </w:pPr>
      <w:r>
        <w:t>•</w:t>
      </w:r>
      <w:r w:rsidR="00F67633">
        <w:t xml:space="preserve"> </w:t>
      </w:r>
      <w:proofErr w:type="spellStart"/>
      <w:r>
        <w:t>obelgi</w:t>
      </w:r>
      <w:proofErr w:type="spellEnd"/>
      <w:r>
        <w:t xml:space="preserve">, </w:t>
      </w:r>
      <w:proofErr w:type="spellStart"/>
      <w:r>
        <w:t>wyzwiska</w:t>
      </w:r>
      <w:proofErr w:type="spellEnd"/>
      <w:r>
        <w:t>;</w:t>
      </w:r>
    </w:p>
    <w:p w14:paraId="7B5459D7" w14:textId="15CB7993" w:rsidR="00F93C5D" w:rsidRDefault="00000000" w:rsidP="00166471">
      <w:pPr>
        <w:spacing w:after="60" w:line="240" w:lineRule="auto"/>
        <w:jc w:val="both"/>
      </w:pPr>
      <w:r>
        <w:t>•</w:t>
      </w:r>
      <w:r w:rsidR="00F67633">
        <w:t xml:space="preserve"> </w:t>
      </w:r>
      <w:proofErr w:type="spellStart"/>
      <w:r>
        <w:t>wyśmiewanie</w:t>
      </w:r>
      <w:proofErr w:type="spellEnd"/>
      <w:r>
        <w:t xml:space="preserve">, </w:t>
      </w:r>
      <w:proofErr w:type="spellStart"/>
      <w:r>
        <w:t>drwienie</w:t>
      </w:r>
      <w:proofErr w:type="spellEnd"/>
      <w:r>
        <w:t xml:space="preserve">, </w:t>
      </w:r>
      <w:proofErr w:type="spellStart"/>
      <w:r>
        <w:t>szydzenie</w:t>
      </w:r>
      <w:proofErr w:type="spellEnd"/>
      <w:r>
        <w:t>;</w:t>
      </w:r>
    </w:p>
    <w:p w14:paraId="6E078E21" w14:textId="3DC676A6" w:rsidR="00F93C5D" w:rsidRDefault="00000000" w:rsidP="00166471">
      <w:pPr>
        <w:spacing w:after="60" w:line="240" w:lineRule="auto"/>
        <w:jc w:val="both"/>
      </w:pPr>
      <w:r>
        <w:t>•</w:t>
      </w:r>
      <w:r w:rsidR="00F67633">
        <w:t xml:space="preserve"> </w:t>
      </w:r>
      <w:proofErr w:type="spellStart"/>
      <w:r>
        <w:t>bezpośrednie</w:t>
      </w:r>
      <w:proofErr w:type="spellEnd"/>
      <w:r>
        <w:t xml:space="preserve"> </w:t>
      </w:r>
      <w:proofErr w:type="spellStart"/>
      <w:r>
        <w:t>obrażanie</w:t>
      </w:r>
      <w:proofErr w:type="spellEnd"/>
      <w:r>
        <w:t>;</w:t>
      </w:r>
    </w:p>
    <w:p w14:paraId="32E48019" w14:textId="1F25EE34" w:rsidR="00F93C5D" w:rsidRDefault="00000000" w:rsidP="00166471">
      <w:pPr>
        <w:spacing w:after="60" w:line="240" w:lineRule="auto"/>
        <w:jc w:val="both"/>
      </w:pPr>
      <w:r>
        <w:t>•</w:t>
      </w:r>
      <w:r w:rsidR="00F67633">
        <w:t xml:space="preserve"> </w:t>
      </w:r>
      <w:proofErr w:type="spellStart"/>
      <w:r>
        <w:t>plotki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obraźliwe</w:t>
      </w:r>
      <w:proofErr w:type="spellEnd"/>
      <w:r>
        <w:t xml:space="preserve"> </w:t>
      </w:r>
      <w:proofErr w:type="spellStart"/>
      <w:r>
        <w:t>żarty</w:t>
      </w:r>
      <w:proofErr w:type="spellEnd"/>
      <w:r>
        <w:t xml:space="preserve">, </w:t>
      </w:r>
      <w:proofErr w:type="spellStart"/>
      <w:r>
        <w:t>przedrzeźnianie</w:t>
      </w:r>
      <w:proofErr w:type="spellEnd"/>
      <w:r>
        <w:t xml:space="preserve">; </w:t>
      </w:r>
      <w:proofErr w:type="spellStart"/>
      <w:r>
        <w:t>groźby</w:t>
      </w:r>
      <w:proofErr w:type="spellEnd"/>
      <w:r>
        <w:t>;</w:t>
      </w:r>
    </w:p>
    <w:p w14:paraId="03131F85" w14:textId="3EBE7CBB" w:rsidR="00F93C5D" w:rsidRDefault="00000000" w:rsidP="00166471">
      <w:pPr>
        <w:spacing w:after="60" w:line="240" w:lineRule="auto"/>
        <w:jc w:val="both"/>
      </w:pPr>
      <w:r>
        <w:t>•</w:t>
      </w:r>
      <w:r w:rsidR="000B3AD1">
        <w:t xml:space="preserve"> </w:t>
      </w:r>
      <w:proofErr w:type="spellStart"/>
      <w:r>
        <w:t>obraźliwe</w:t>
      </w:r>
      <w:proofErr w:type="spellEnd"/>
      <w:r>
        <w:t xml:space="preserve"> </w:t>
      </w:r>
      <w:proofErr w:type="spellStart"/>
      <w:r>
        <w:t>SMSy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MMSy</w:t>
      </w:r>
      <w:proofErr w:type="spellEnd"/>
      <w:r>
        <w:t>;</w:t>
      </w:r>
    </w:p>
    <w:p w14:paraId="0FACDC07" w14:textId="71FF8AB2" w:rsidR="00F93C5D" w:rsidRDefault="00000000" w:rsidP="00166471">
      <w:pPr>
        <w:spacing w:after="60" w:line="240" w:lineRule="auto"/>
        <w:jc w:val="both"/>
      </w:pPr>
      <w:r>
        <w:t>•</w:t>
      </w:r>
      <w:r w:rsidR="000B3AD1">
        <w:t xml:space="preserve"> </w:t>
      </w:r>
      <w:proofErr w:type="spellStart"/>
      <w:r>
        <w:t>wiadomości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forach</w:t>
      </w:r>
      <w:proofErr w:type="spellEnd"/>
      <w:r>
        <w:t xml:space="preserve"> </w:t>
      </w:r>
      <w:proofErr w:type="spellStart"/>
      <w:r>
        <w:t>internetowych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tzw</w:t>
      </w:r>
      <w:proofErr w:type="spellEnd"/>
      <w:r>
        <w:t>. pokojach do czatowania;</w:t>
      </w:r>
    </w:p>
    <w:p w14:paraId="123E4E6B" w14:textId="77777777" w:rsidR="000B3AD1" w:rsidRDefault="00000000" w:rsidP="00166471">
      <w:pPr>
        <w:spacing w:after="60" w:line="240" w:lineRule="auto"/>
        <w:jc w:val="both"/>
      </w:pPr>
      <w:r>
        <w:t>•</w:t>
      </w:r>
      <w:r w:rsidR="000B3AD1">
        <w:t xml:space="preserve"> </w:t>
      </w:r>
      <w:proofErr w:type="spellStart"/>
      <w:r>
        <w:t>telefony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e-</w:t>
      </w:r>
      <w:proofErr w:type="spellStart"/>
      <w:r>
        <w:t>maile</w:t>
      </w:r>
      <w:proofErr w:type="spellEnd"/>
      <w:r>
        <w:t xml:space="preserve"> </w:t>
      </w:r>
      <w:proofErr w:type="spellStart"/>
      <w:r>
        <w:t>zawierające</w:t>
      </w:r>
      <w:proofErr w:type="spellEnd"/>
      <w:r>
        <w:t xml:space="preserve"> </w:t>
      </w:r>
      <w:proofErr w:type="spellStart"/>
      <w:r>
        <w:t>groźby</w:t>
      </w:r>
      <w:proofErr w:type="spellEnd"/>
      <w:r>
        <w:t xml:space="preserve">, </w:t>
      </w:r>
      <w:proofErr w:type="spellStart"/>
      <w:r>
        <w:t>poniżające</w:t>
      </w:r>
      <w:proofErr w:type="spellEnd"/>
      <w:r>
        <w:t xml:space="preserve">, </w:t>
      </w:r>
      <w:proofErr w:type="spellStart"/>
      <w:r>
        <w:t>wulgarne</w:t>
      </w:r>
      <w:proofErr w:type="spellEnd"/>
      <w:r>
        <w:t xml:space="preserve">, </w:t>
      </w:r>
      <w:proofErr w:type="spellStart"/>
      <w:r>
        <w:t>zastraszające</w:t>
      </w:r>
      <w:proofErr w:type="spellEnd"/>
      <w:r>
        <w:t>;</w:t>
      </w:r>
    </w:p>
    <w:p w14:paraId="0DC4C10F" w14:textId="0C6177D1" w:rsidR="00F93C5D" w:rsidRDefault="00000000" w:rsidP="00166471">
      <w:pPr>
        <w:spacing w:after="60" w:line="240" w:lineRule="auto"/>
        <w:jc w:val="both"/>
      </w:pPr>
      <w:r>
        <w:t xml:space="preserve">c) </w:t>
      </w:r>
      <w:proofErr w:type="spellStart"/>
      <w:r>
        <w:t>agresji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przemocy</w:t>
      </w:r>
      <w:proofErr w:type="spellEnd"/>
      <w:r>
        <w:t xml:space="preserve"> </w:t>
      </w:r>
      <w:proofErr w:type="spellStart"/>
      <w:r>
        <w:t>psychicznej</w:t>
      </w:r>
      <w:proofErr w:type="spellEnd"/>
      <w:r>
        <w:t xml:space="preserve"> w </w:t>
      </w:r>
      <w:proofErr w:type="spellStart"/>
      <w:r>
        <w:t>różnych</w:t>
      </w:r>
      <w:proofErr w:type="spellEnd"/>
      <w:r>
        <w:t xml:space="preserve"> </w:t>
      </w:r>
      <w:proofErr w:type="spellStart"/>
      <w:r>
        <w:t>formach</w:t>
      </w:r>
      <w:proofErr w:type="spellEnd"/>
      <w:r>
        <w:t>, np.:</w:t>
      </w:r>
    </w:p>
    <w:p w14:paraId="502F1C36" w14:textId="3B89824D" w:rsidR="00F93C5D" w:rsidRDefault="00000000" w:rsidP="00166471">
      <w:pPr>
        <w:spacing w:after="60" w:line="240" w:lineRule="auto"/>
        <w:jc w:val="both"/>
      </w:pPr>
      <w:r>
        <w:t>•</w:t>
      </w:r>
      <w:r w:rsidR="000B3AD1">
        <w:t xml:space="preserve"> </w:t>
      </w:r>
      <w:proofErr w:type="spellStart"/>
      <w:r>
        <w:t>poniżanie</w:t>
      </w:r>
      <w:proofErr w:type="spellEnd"/>
      <w:r>
        <w:t>;</w:t>
      </w:r>
    </w:p>
    <w:p w14:paraId="3A5A3390" w14:textId="50EDA5CA" w:rsidR="00F93C5D" w:rsidRDefault="00000000" w:rsidP="00166471">
      <w:pPr>
        <w:spacing w:after="60" w:line="240" w:lineRule="auto"/>
        <w:jc w:val="both"/>
      </w:pPr>
      <w:r>
        <w:t>•</w:t>
      </w:r>
      <w:r w:rsidR="000B3AD1">
        <w:t xml:space="preserve"> </w:t>
      </w:r>
      <w:proofErr w:type="spellStart"/>
      <w:r>
        <w:t>wykluczanie</w:t>
      </w:r>
      <w:proofErr w:type="spellEnd"/>
      <w:r>
        <w:t xml:space="preserve">/ </w:t>
      </w:r>
      <w:proofErr w:type="spellStart"/>
      <w:r>
        <w:t>izolacja</w:t>
      </w:r>
      <w:proofErr w:type="spellEnd"/>
      <w:r>
        <w:t xml:space="preserve">/ </w:t>
      </w:r>
      <w:proofErr w:type="spellStart"/>
      <w:r>
        <w:t>milczenie</w:t>
      </w:r>
      <w:proofErr w:type="spellEnd"/>
      <w:r>
        <w:t xml:space="preserve">/ </w:t>
      </w:r>
      <w:proofErr w:type="spellStart"/>
      <w:r>
        <w:t>manipulowanie</w:t>
      </w:r>
      <w:proofErr w:type="spellEnd"/>
      <w:r>
        <w:t>;</w:t>
      </w:r>
    </w:p>
    <w:p w14:paraId="3178DD07" w14:textId="79E65F2F" w:rsidR="00F93C5D" w:rsidRDefault="00000000" w:rsidP="00166471">
      <w:pPr>
        <w:spacing w:after="60" w:line="240" w:lineRule="auto"/>
        <w:jc w:val="both"/>
      </w:pPr>
      <w:r>
        <w:lastRenderedPageBreak/>
        <w:t>•</w:t>
      </w:r>
      <w:r w:rsidR="000B3AD1">
        <w:t xml:space="preserve"> </w:t>
      </w:r>
      <w:proofErr w:type="spellStart"/>
      <w:r>
        <w:t>wulgarne</w:t>
      </w:r>
      <w:proofErr w:type="spellEnd"/>
      <w:r>
        <w:t xml:space="preserve"> </w:t>
      </w:r>
      <w:proofErr w:type="spellStart"/>
      <w:r>
        <w:t>gesty</w:t>
      </w:r>
      <w:proofErr w:type="spellEnd"/>
      <w:r>
        <w:t>;</w:t>
      </w:r>
    </w:p>
    <w:p w14:paraId="04C4147D" w14:textId="16330979" w:rsidR="00F93C5D" w:rsidRDefault="00000000" w:rsidP="00166471">
      <w:pPr>
        <w:spacing w:after="60" w:line="240" w:lineRule="auto"/>
        <w:jc w:val="both"/>
      </w:pPr>
      <w:r>
        <w:t>•</w:t>
      </w:r>
      <w:r w:rsidR="000B3AD1">
        <w:t xml:space="preserve"> </w:t>
      </w:r>
      <w:proofErr w:type="spellStart"/>
      <w:r>
        <w:t>niszczenie</w:t>
      </w:r>
      <w:proofErr w:type="spellEnd"/>
      <w:r>
        <w:t xml:space="preserve">/ </w:t>
      </w:r>
      <w:proofErr w:type="spellStart"/>
      <w:r>
        <w:t>zabieranie</w:t>
      </w:r>
      <w:proofErr w:type="spellEnd"/>
      <w:r>
        <w:t xml:space="preserve"> </w:t>
      </w:r>
      <w:proofErr w:type="spellStart"/>
      <w:r>
        <w:t>rzeczy</w:t>
      </w:r>
      <w:proofErr w:type="spellEnd"/>
      <w:r>
        <w:t xml:space="preserve"> </w:t>
      </w:r>
      <w:proofErr w:type="spellStart"/>
      <w:r>
        <w:t>innej</w:t>
      </w:r>
      <w:proofErr w:type="spellEnd"/>
      <w:r>
        <w:t xml:space="preserve"> </w:t>
      </w:r>
      <w:proofErr w:type="spellStart"/>
      <w:r>
        <w:t>osoby</w:t>
      </w:r>
      <w:proofErr w:type="spellEnd"/>
      <w:r>
        <w:t>;</w:t>
      </w:r>
    </w:p>
    <w:p w14:paraId="7152A2B3" w14:textId="5E3DE81F" w:rsidR="00F93C5D" w:rsidRDefault="00000000" w:rsidP="00166471">
      <w:pPr>
        <w:spacing w:after="60" w:line="240" w:lineRule="auto"/>
        <w:jc w:val="both"/>
      </w:pPr>
      <w:r>
        <w:t>•</w:t>
      </w:r>
      <w:r w:rsidR="000B3AD1">
        <w:t xml:space="preserve"> </w:t>
      </w:r>
      <w:proofErr w:type="spellStart"/>
      <w:r>
        <w:t>straszenie</w:t>
      </w:r>
      <w:proofErr w:type="spellEnd"/>
      <w:r>
        <w:t>;</w:t>
      </w:r>
    </w:p>
    <w:p w14:paraId="0A389C13" w14:textId="5528D69B" w:rsidR="00F93C5D" w:rsidRDefault="00000000" w:rsidP="00166471">
      <w:pPr>
        <w:spacing w:after="60" w:line="240" w:lineRule="auto"/>
        <w:jc w:val="both"/>
      </w:pPr>
      <w:r>
        <w:t>•</w:t>
      </w:r>
      <w:r w:rsidR="000B3AD1">
        <w:t xml:space="preserve"> </w:t>
      </w:r>
      <w:proofErr w:type="spellStart"/>
      <w:r>
        <w:t>szantażowanie</w:t>
      </w:r>
      <w:proofErr w:type="spellEnd"/>
    </w:p>
    <w:p w14:paraId="38C83FDF" w14:textId="01A95129" w:rsidR="00F93C5D" w:rsidRDefault="00000000" w:rsidP="00166471">
      <w:pPr>
        <w:spacing w:after="60" w:line="240" w:lineRule="auto"/>
        <w:jc w:val="both"/>
      </w:pPr>
      <w:r>
        <w:t>2.</w:t>
      </w:r>
      <w:r w:rsidR="000B3AD1">
        <w:t xml:space="preserve"> </w:t>
      </w:r>
      <w:proofErr w:type="spellStart"/>
      <w:r>
        <w:t>Stwarzanie</w:t>
      </w:r>
      <w:proofErr w:type="spellEnd"/>
      <w:r>
        <w:t xml:space="preserve"> </w:t>
      </w:r>
      <w:proofErr w:type="spellStart"/>
      <w:r>
        <w:t>niebezpiecznych</w:t>
      </w:r>
      <w:proofErr w:type="spellEnd"/>
      <w:r>
        <w:t xml:space="preserve"> </w:t>
      </w:r>
      <w:proofErr w:type="spellStart"/>
      <w:r>
        <w:t>sytuacji</w:t>
      </w:r>
      <w:proofErr w:type="spellEnd"/>
      <w:r>
        <w:t xml:space="preserve"> w </w:t>
      </w:r>
      <w:proofErr w:type="spellStart"/>
      <w:r>
        <w:t>poradni</w:t>
      </w:r>
      <w:proofErr w:type="spellEnd"/>
      <w:r>
        <w:t>, np. rzucanie przedmiotami, przynoszenie ostrych narzędzi, innych niebezpiecznych przedmiotów i substancji (środków pirotechnicznych, łańcuchów, noży, zapalniczek), używanie ognia na terenie poradni.</w:t>
      </w:r>
    </w:p>
    <w:p w14:paraId="754725F9" w14:textId="77AAA2BF" w:rsidR="00F93C5D" w:rsidRDefault="00000000" w:rsidP="00166471">
      <w:pPr>
        <w:spacing w:after="60" w:line="240" w:lineRule="auto"/>
        <w:jc w:val="both"/>
      </w:pPr>
      <w:r>
        <w:t>3.</w:t>
      </w:r>
      <w:r w:rsidR="000B3AD1">
        <w:t xml:space="preserve"> </w:t>
      </w:r>
      <w:proofErr w:type="spellStart"/>
      <w:r>
        <w:t>Nieuzasadnione</w:t>
      </w:r>
      <w:proofErr w:type="spellEnd"/>
      <w:r>
        <w:t xml:space="preserve">, bez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prowadzącego</w:t>
      </w:r>
      <w:proofErr w:type="spellEnd"/>
      <w:r>
        <w:t xml:space="preserve"> </w:t>
      </w:r>
      <w:proofErr w:type="spellStart"/>
      <w:r>
        <w:t>opuszczanie</w:t>
      </w:r>
      <w:proofErr w:type="spellEnd"/>
      <w:r>
        <w:t xml:space="preserve"> </w:t>
      </w:r>
      <w:proofErr w:type="spellStart"/>
      <w:r>
        <w:t>sali</w:t>
      </w:r>
      <w:proofErr w:type="spellEnd"/>
      <w:r>
        <w:t xml:space="preserve"> </w:t>
      </w:r>
      <w:proofErr w:type="spellStart"/>
      <w:r>
        <w:t>gdzie</w:t>
      </w:r>
      <w:proofErr w:type="spellEnd"/>
      <w:r>
        <w:t xml:space="preserve"> </w:t>
      </w:r>
      <w:proofErr w:type="spellStart"/>
      <w:r>
        <w:t>odbywają</w:t>
      </w:r>
      <w:proofErr w:type="spellEnd"/>
      <w:r>
        <w:t xml:space="preserve"> się zajęcia. Wyjście bez zezwolenia poza teren poradni.</w:t>
      </w:r>
    </w:p>
    <w:p w14:paraId="4588CB1A" w14:textId="727272FB" w:rsidR="00F93C5D" w:rsidRDefault="00000000" w:rsidP="00166471">
      <w:pPr>
        <w:spacing w:after="60" w:line="240" w:lineRule="auto"/>
        <w:jc w:val="both"/>
      </w:pPr>
      <w:r>
        <w:t>4.</w:t>
      </w:r>
      <w:r w:rsidR="000B3AD1">
        <w:t xml:space="preserve"> </w:t>
      </w:r>
      <w:proofErr w:type="spellStart"/>
      <w:r>
        <w:t>Celowe</w:t>
      </w:r>
      <w:proofErr w:type="spellEnd"/>
      <w:r>
        <w:t xml:space="preserve"> </w:t>
      </w:r>
      <w:proofErr w:type="spellStart"/>
      <w:r>
        <w:t>nieprzestrzeganie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bezpieczeństwa</w:t>
      </w:r>
      <w:proofErr w:type="spellEnd"/>
      <w:r>
        <w:t xml:space="preserve"> </w:t>
      </w:r>
      <w:proofErr w:type="spellStart"/>
      <w:r>
        <w:t>podczas</w:t>
      </w:r>
      <w:proofErr w:type="spellEnd"/>
      <w:r>
        <w:t xml:space="preserve"> </w:t>
      </w:r>
      <w:proofErr w:type="spellStart"/>
      <w:r>
        <w:t>zajęć</w:t>
      </w:r>
      <w:proofErr w:type="spellEnd"/>
      <w:r>
        <w:t xml:space="preserve"> </w:t>
      </w:r>
      <w:proofErr w:type="spellStart"/>
      <w:r>
        <w:t>organizowanych</w:t>
      </w:r>
      <w:proofErr w:type="spellEnd"/>
      <w:r>
        <w:t xml:space="preserve"> w poradni.</w:t>
      </w:r>
    </w:p>
    <w:p w14:paraId="2BE471D9" w14:textId="65A76BBF" w:rsidR="00F93C5D" w:rsidRDefault="00000000" w:rsidP="00166471">
      <w:pPr>
        <w:spacing w:after="60" w:line="240" w:lineRule="auto"/>
        <w:jc w:val="both"/>
      </w:pPr>
      <w:r>
        <w:t>5.</w:t>
      </w:r>
      <w:r w:rsidR="000B3AD1">
        <w:t xml:space="preserve"> </w:t>
      </w:r>
      <w:proofErr w:type="spellStart"/>
      <w:r>
        <w:t>Celowe</w:t>
      </w:r>
      <w:proofErr w:type="spellEnd"/>
      <w:r>
        <w:t xml:space="preserve"> </w:t>
      </w:r>
      <w:proofErr w:type="spellStart"/>
      <w:r>
        <w:t>zachowania</w:t>
      </w:r>
      <w:proofErr w:type="spellEnd"/>
      <w:r>
        <w:t xml:space="preserve"> </w:t>
      </w:r>
      <w:proofErr w:type="spellStart"/>
      <w:r>
        <w:t>zagrażające</w:t>
      </w:r>
      <w:proofErr w:type="spellEnd"/>
      <w:r>
        <w:t xml:space="preserve"> </w:t>
      </w:r>
      <w:proofErr w:type="spellStart"/>
      <w:r>
        <w:t>zdrowiu</w:t>
      </w:r>
      <w:proofErr w:type="spellEnd"/>
      <w:r>
        <w:t xml:space="preserve"> </w:t>
      </w:r>
      <w:proofErr w:type="spellStart"/>
      <w:r>
        <w:t>bądź</w:t>
      </w:r>
      <w:proofErr w:type="spellEnd"/>
      <w:r>
        <w:t xml:space="preserve"> </w:t>
      </w:r>
      <w:proofErr w:type="spellStart"/>
      <w:r>
        <w:t>życiu</w:t>
      </w:r>
      <w:proofErr w:type="spellEnd"/>
      <w:r>
        <w:t>.</w:t>
      </w:r>
    </w:p>
    <w:p w14:paraId="75F05DA8" w14:textId="610A152E" w:rsidR="00F93C5D" w:rsidRDefault="00000000" w:rsidP="00166471">
      <w:pPr>
        <w:spacing w:after="60" w:line="240" w:lineRule="auto"/>
        <w:jc w:val="both"/>
      </w:pPr>
      <w:r>
        <w:t>6.</w:t>
      </w:r>
      <w:r w:rsidR="000B3AD1">
        <w:t xml:space="preserve"> </w:t>
      </w:r>
      <w:proofErr w:type="spellStart"/>
      <w:r>
        <w:t>Uleganie</w:t>
      </w:r>
      <w:proofErr w:type="spellEnd"/>
      <w:r>
        <w:t xml:space="preserve"> </w:t>
      </w:r>
      <w:proofErr w:type="spellStart"/>
      <w:r>
        <w:t>nałogom</w:t>
      </w:r>
      <w:proofErr w:type="spellEnd"/>
      <w:r>
        <w:t>, np. palenie papierosów, picie alkoholu.</w:t>
      </w:r>
    </w:p>
    <w:p w14:paraId="2145EF58" w14:textId="2F0CBD74" w:rsidR="00F93C5D" w:rsidRDefault="00000000" w:rsidP="00166471">
      <w:pPr>
        <w:spacing w:after="60" w:line="240" w:lineRule="auto"/>
        <w:jc w:val="both"/>
      </w:pPr>
      <w:r>
        <w:t>7.</w:t>
      </w:r>
      <w:r w:rsidR="000B3AD1">
        <w:t xml:space="preserve"> </w:t>
      </w:r>
      <w:proofErr w:type="spellStart"/>
      <w:r>
        <w:t>Rozprowadzanie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stosowanie</w:t>
      </w:r>
      <w:proofErr w:type="spellEnd"/>
      <w:r>
        <w:t xml:space="preserve"> </w:t>
      </w:r>
      <w:proofErr w:type="spellStart"/>
      <w:r>
        <w:t>narkotyków</w:t>
      </w:r>
      <w:proofErr w:type="spellEnd"/>
      <w:r>
        <w:t xml:space="preserve">/ </w:t>
      </w:r>
      <w:proofErr w:type="spellStart"/>
      <w:r>
        <w:t>środków</w:t>
      </w:r>
      <w:proofErr w:type="spellEnd"/>
      <w:r>
        <w:t xml:space="preserve"> </w:t>
      </w:r>
      <w:proofErr w:type="spellStart"/>
      <w:r>
        <w:t>odurzających</w:t>
      </w:r>
      <w:proofErr w:type="spellEnd"/>
      <w:r>
        <w:t>.</w:t>
      </w:r>
    </w:p>
    <w:p w14:paraId="12FBB972" w14:textId="4BAA77AD" w:rsidR="00F93C5D" w:rsidRDefault="00000000" w:rsidP="00166471">
      <w:pPr>
        <w:spacing w:after="60" w:line="240" w:lineRule="auto"/>
        <w:jc w:val="both"/>
      </w:pPr>
      <w:r>
        <w:t>8.</w:t>
      </w:r>
      <w:r w:rsidR="000B3AD1">
        <w:t xml:space="preserve"> </w:t>
      </w:r>
      <w:proofErr w:type="spellStart"/>
      <w:r>
        <w:t>Niestosowne</w:t>
      </w:r>
      <w:proofErr w:type="spellEnd"/>
      <w:r>
        <w:t xml:space="preserve"> </w:t>
      </w:r>
      <w:proofErr w:type="spellStart"/>
      <w:r>
        <w:t>odzywanie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do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, </w:t>
      </w:r>
      <w:proofErr w:type="spellStart"/>
      <w:r>
        <w:t>używanie</w:t>
      </w:r>
      <w:proofErr w:type="spellEnd"/>
      <w:r>
        <w:t xml:space="preserve"> </w:t>
      </w:r>
      <w:proofErr w:type="spellStart"/>
      <w:r>
        <w:t>wulgaryzmów</w:t>
      </w:r>
      <w:proofErr w:type="spellEnd"/>
      <w:r>
        <w:t>.</w:t>
      </w:r>
    </w:p>
    <w:p w14:paraId="5E05FFE9" w14:textId="46F45BDB" w:rsidR="00F93C5D" w:rsidRDefault="00000000" w:rsidP="00166471">
      <w:pPr>
        <w:spacing w:after="60" w:line="240" w:lineRule="auto"/>
        <w:jc w:val="both"/>
      </w:pPr>
      <w:r>
        <w:t>9.</w:t>
      </w:r>
      <w:r w:rsidR="000B3AD1">
        <w:t xml:space="preserve"> </w:t>
      </w:r>
      <w:proofErr w:type="spellStart"/>
      <w:r>
        <w:t>Przywłaszczenie</w:t>
      </w:r>
      <w:proofErr w:type="spellEnd"/>
      <w:r>
        <w:t xml:space="preserve"> </w:t>
      </w:r>
      <w:proofErr w:type="spellStart"/>
      <w:r>
        <w:t>własności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celowe</w:t>
      </w:r>
      <w:proofErr w:type="spellEnd"/>
      <w:r>
        <w:t xml:space="preserve"> </w:t>
      </w:r>
      <w:proofErr w:type="spellStart"/>
      <w:r>
        <w:t>niszczenie</w:t>
      </w:r>
      <w:proofErr w:type="spellEnd"/>
      <w:r>
        <w:t xml:space="preserve">, </w:t>
      </w:r>
      <w:proofErr w:type="spellStart"/>
      <w:r>
        <w:t>nieszanowanie</w:t>
      </w:r>
      <w:proofErr w:type="spellEnd"/>
      <w:r>
        <w:t xml:space="preserve"> </w:t>
      </w:r>
      <w:proofErr w:type="spellStart"/>
      <w:r>
        <w:t>własności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osób oraz własności poradni. Wyłudzanie pieniędzy lub innych rzeczy.</w:t>
      </w:r>
    </w:p>
    <w:p w14:paraId="27378203" w14:textId="467E3170" w:rsidR="00F93C5D" w:rsidRDefault="00000000" w:rsidP="00166471">
      <w:pPr>
        <w:spacing w:after="60" w:line="240" w:lineRule="auto"/>
        <w:jc w:val="both"/>
      </w:pPr>
      <w:r>
        <w:t>10.</w:t>
      </w:r>
      <w:r w:rsidR="000B3AD1">
        <w:t xml:space="preserve"> </w:t>
      </w:r>
      <w:proofErr w:type="spellStart"/>
      <w:r>
        <w:t>Rozwiązywanie</w:t>
      </w:r>
      <w:proofErr w:type="spellEnd"/>
      <w:r>
        <w:t xml:space="preserve"> w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siłowy</w:t>
      </w:r>
      <w:proofErr w:type="spellEnd"/>
      <w:r>
        <w:t xml:space="preserve"> </w:t>
      </w:r>
      <w:proofErr w:type="spellStart"/>
      <w:r>
        <w:t>konfliktów</w:t>
      </w:r>
      <w:proofErr w:type="spellEnd"/>
      <w:r>
        <w:t>. Udział w bójce.</w:t>
      </w:r>
    </w:p>
    <w:p w14:paraId="178363F1" w14:textId="6F0CAA60" w:rsidR="00F93C5D" w:rsidRDefault="00000000" w:rsidP="00166471">
      <w:pPr>
        <w:spacing w:after="60" w:line="240" w:lineRule="auto"/>
        <w:jc w:val="both"/>
      </w:pPr>
      <w:r>
        <w:t>11.</w:t>
      </w:r>
      <w:r w:rsidR="000B3AD1">
        <w:t xml:space="preserve"> </w:t>
      </w:r>
      <w:proofErr w:type="spellStart"/>
      <w:r>
        <w:t>Szykanowanie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z </w:t>
      </w:r>
      <w:proofErr w:type="spellStart"/>
      <w:r>
        <w:t>powodu</w:t>
      </w:r>
      <w:proofErr w:type="spellEnd"/>
      <w:r>
        <w:t xml:space="preserve"> </w:t>
      </w:r>
      <w:proofErr w:type="spellStart"/>
      <w:r>
        <w:t>odmienności</w:t>
      </w:r>
      <w:proofErr w:type="spellEnd"/>
      <w:r>
        <w:t xml:space="preserve"> </w:t>
      </w:r>
      <w:proofErr w:type="spellStart"/>
      <w:r>
        <w:t>przekonań</w:t>
      </w:r>
      <w:proofErr w:type="spellEnd"/>
      <w:r>
        <w:t xml:space="preserve">, </w:t>
      </w:r>
      <w:proofErr w:type="spellStart"/>
      <w:r>
        <w:t>religii</w:t>
      </w:r>
      <w:proofErr w:type="spellEnd"/>
      <w:r>
        <w:t>, światopoglądu, płci, poczucia tożsamości, pochodzenia, statusu ekonomicznego i społecznego, niepełnosprawności, wyglądu.</w:t>
      </w:r>
    </w:p>
    <w:p w14:paraId="269DC688" w14:textId="60EF72A3" w:rsidR="00F93C5D" w:rsidRDefault="00000000" w:rsidP="00166471">
      <w:pPr>
        <w:spacing w:after="60" w:line="240" w:lineRule="auto"/>
        <w:jc w:val="both"/>
      </w:pPr>
      <w:r>
        <w:t>12.</w:t>
      </w:r>
      <w:r w:rsidR="000B3AD1">
        <w:t xml:space="preserve"> </w:t>
      </w:r>
      <w:proofErr w:type="spellStart"/>
      <w:r>
        <w:t>Znęcanie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(</w:t>
      </w:r>
      <w:proofErr w:type="spellStart"/>
      <w:r>
        <w:t>współudział</w:t>
      </w:r>
      <w:proofErr w:type="spellEnd"/>
      <w:r>
        <w:t xml:space="preserve"> w </w:t>
      </w:r>
      <w:proofErr w:type="spellStart"/>
      <w:r>
        <w:t>znęcaniu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, </w:t>
      </w:r>
      <w:proofErr w:type="spellStart"/>
      <w:r>
        <w:t>zorganizowana</w:t>
      </w:r>
      <w:proofErr w:type="spellEnd"/>
      <w:r>
        <w:t xml:space="preserve"> </w:t>
      </w:r>
      <w:proofErr w:type="spellStart"/>
      <w:r>
        <w:t>przemoc</w:t>
      </w:r>
      <w:proofErr w:type="spellEnd"/>
      <w:r>
        <w:t>, zastraszanie).</w:t>
      </w:r>
    </w:p>
    <w:p w14:paraId="0DD608CE" w14:textId="748732A3" w:rsidR="00F93C5D" w:rsidRDefault="00000000" w:rsidP="00166471">
      <w:pPr>
        <w:spacing w:after="60" w:line="240" w:lineRule="auto"/>
        <w:jc w:val="both"/>
      </w:pPr>
      <w:r>
        <w:t>13.</w:t>
      </w:r>
      <w:r w:rsidR="000B3AD1">
        <w:t xml:space="preserve"> </w:t>
      </w:r>
      <w:proofErr w:type="spellStart"/>
      <w:r>
        <w:t>Aroganckie</w:t>
      </w:r>
      <w:proofErr w:type="spellEnd"/>
      <w:r>
        <w:t>/</w:t>
      </w:r>
      <w:proofErr w:type="spellStart"/>
      <w:r>
        <w:t>niegrzeczne</w:t>
      </w:r>
      <w:proofErr w:type="spellEnd"/>
      <w:r>
        <w:t xml:space="preserve"> </w:t>
      </w:r>
      <w:proofErr w:type="spellStart"/>
      <w:r>
        <w:t>zachowanie</w:t>
      </w:r>
      <w:proofErr w:type="spellEnd"/>
      <w:r>
        <w:t xml:space="preserve">, </w:t>
      </w:r>
      <w:proofErr w:type="spellStart"/>
      <w:r>
        <w:t>wulgaryzmy</w:t>
      </w:r>
      <w:proofErr w:type="spellEnd"/>
      <w:r>
        <w:t>. Kłamanie, oszukiwanie.</w:t>
      </w:r>
    </w:p>
    <w:p w14:paraId="671C7F8E" w14:textId="22DC8B12" w:rsidR="00F93C5D" w:rsidRDefault="00000000" w:rsidP="00166471">
      <w:pPr>
        <w:spacing w:after="60" w:line="240" w:lineRule="auto"/>
        <w:jc w:val="both"/>
      </w:pPr>
      <w:r>
        <w:t>14.</w:t>
      </w:r>
      <w:r w:rsidR="000B3AD1">
        <w:t xml:space="preserve"> </w:t>
      </w:r>
      <w:proofErr w:type="spellStart"/>
      <w:r>
        <w:t>Fotografowanie</w:t>
      </w:r>
      <w:proofErr w:type="spellEnd"/>
      <w:r>
        <w:t xml:space="preserve">, </w:t>
      </w:r>
      <w:proofErr w:type="spellStart"/>
      <w:r>
        <w:t>nagrywanie</w:t>
      </w:r>
      <w:proofErr w:type="spellEnd"/>
      <w:r>
        <w:t xml:space="preserve"> </w:t>
      </w:r>
      <w:proofErr w:type="spellStart"/>
      <w:r>
        <w:t>dźwięku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filmowanie</w:t>
      </w:r>
      <w:proofErr w:type="spellEnd"/>
      <w:r>
        <w:t xml:space="preserve"> </w:t>
      </w:r>
      <w:proofErr w:type="spellStart"/>
      <w:r>
        <w:t>zdarzeń</w:t>
      </w:r>
      <w:proofErr w:type="spellEnd"/>
      <w:r>
        <w:t xml:space="preserve"> z </w:t>
      </w:r>
      <w:proofErr w:type="spellStart"/>
      <w:r>
        <w:t>udziałem</w:t>
      </w:r>
      <w:proofErr w:type="spellEnd"/>
      <w:r>
        <w:t xml:space="preserve"> innych osób bez ich zgody.</w:t>
      </w:r>
    </w:p>
    <w:p w14:paraId="4B5657AE" w14:textId="2138401F" w:rsidR="00F93C5D" w:rsidRDefault="00000000" w:rsidP="00166471">
      <w:pPr>
        <w:spacing w:after="60" w:line="240" w:lineRule="auto"/>
        <w:jc w:val="both"/>
      </w:pPr>
      <w:r>
        <w:t>15.</w:t>
      </w:r>
      <w:r w:rsidR="000B3AD1">
        <w:t xml:space="preserve"> </w:t>
      </w:r>
      <w:proofErr w:type="spellStart"/>
      <w:r>
        <w:t>Stosowanie</w:t>
      </w:r>
      <w:proofErr w:type="spellEnd"/>
      <w:r>
        <w:t xml:space="preserve"> </w:t>
      </w:r>
      <w:proofErr w:type="spellStart"/>
      <w:r>
        <w:t>wobec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różnych</w:t>
      </w:r>
      <w:proofErr w:type="spellEnd"/>
      <w:r>
        <w:t xml:space="preserve"> form </w:t>
      </w:r>
      <w:proofErr w:type="spellStart"/>
      <w:r>
        <w:t>cyberprzemocy</w:t>
      </w:r>
      <w:proofErr w:type="spellEnd"/>
      <w:r>
        <w:t>.</w:t>
      </w:r>
    </w:p>
    <w:p w14:paraId="4A6E9A08" w14:textId="77777777" w:rsidR="00F93C5D" w:rsidRDefault="00F93C5D" w:rsidP="00166471">
      <w:pPr>
        <w:spacing w:after="60" w:line="240" w:lineRule="auto"/>
        <w:jc w:val="both"/>
      </w:pPr>
    </w:p>
    <w:p w14:paraId="10180D5C" w14:textId="77777777" w:rsidR="00F93C5D" w:rsidRDefault="00000000" w:rsidP="00166471">
      <w:pPr>
        <w:spacing w:after="60" w:line="240" w:lineRule="auto"/>
        <w:jc w:val="both"/>
      </w:pPr>
      <w:r>
        <w:t>3.4 Zasady korzystania z urządzeń elektronicznych z dostępem do sieci Internetu oraz ochrony małoletnich przed treściami szkodliwymi</w:t>
      </w:r>
    </w:p>
    <w:p w14:paraId="05C53DD8" w14:textId="77777777" w:rsidR="00F93C5D" w:rsidRDefault="00F93C5D" w:rsidP="00166471">
      <w:pPr>
        <w:spacing w:after="60" w:line="240" w:lineRule="auto"/>
        <w:jc w:val="both"/>
      </w:pPr>
    </w:p>
    <w:p w14:paraId="7AE23C84" w14:textId="77777777" w:rsidR="00F93C5D" w:rsidRDefault="00000000" w:rsidP="00166471">
      <w:pPr>
        <w:spacing w:after="60" w:line="240" w:lineRule="auto"/>
        <w:jc w:val="both"/>
      </w:pPr>
      <w:r>
        <w:t>A. Obowiązkiem prawnym poradni jest takie wykorzystanie sieci, które będzie adekwatne do poziomu dojrzałości poznawczej i emocjonalno-społecznej małoletniego oraz nie będzie mu szkodzić ani zagrażać jego rozwojowi psychofizycznemu. Do potencjalnych zagrożeń płynących z użytkowania sieci należy zaliczyć:</w:t>
      </w:r>
    </w:p>
    <w:p w14:paraId="543884DF" w14:textId="77777777" w:rsidR="00F93C5D" w:rsidRDefault="00F93C5D" w:rsidP="00166471">
      <w:pPr>
        <w:spacing w:after="60" w:line="240" w:lineRule="auto"/>
        <w:jc w:val="both"/>
      </w:pPr>
    </w:p>
    <w:p w14:paraId="174E2EAA" w14:textId="5FB6F5EB" w:rsidR="00F93C5D" w:rsidRDefault="00000000" w:rsidP="00166471">
      <w:pPr>
        <w:spacing w:after="60" w:line="240" w:lineRule="auto"/>
        <w:jc w:val="both"/>
      </w:pPr>
      <w:r>
        <w:t>1.</w:t>
      </w:r>
      <w:r w:rsidR="000B3AD1">
        <w:t xml:space="preserve"> </w:t>
      </w:r>
      <w:proofErr w:type="spellStart"/>
      <w:r>
        <w:t>dostęp</w:t>
      </w:r>
      <w:proofErr w:type="spellEnd"/>
      <w:r>
        <w:t xml:space="preserve"> do </w:t>
      </w:r>
      <w:proofErr w:type="spellStart"/>
      <w:r>
        <w:t>treści</w:t>
      </w:r>
      <w:proofErr w:type="spellEnd"/>
      <w:r>
        <w:t xml:space="preserve"> </w:t>
      </w:r>
      <w:proofErr w:type="spellStart"/>
      <w:r>
        <w:t>niezgodnych</w:t>
      </w:r>
      <w:proofErr w:type="spellEnd"/>
      <w:r>
        <w:t xml:space="preserve"> z celami wychowania i edukacji (narkotyki, przemoc, pornografia, hazard),</w:t>
      </w:r>
    </w:p>
    <w:p w14:paraId="2D60E675" w14:textId="27C597AC" w:rsidR="00F93C5D" w:rsidRDefault="00000000" w:rsidP="00166471">
      <w:pPr>
        <w:spacing w:after="60" w:line="240" w:lineRule="auto"/>
        <w:jc w:val="both"/>
      </w:pPr>
      <w:r>
        <w:t>2.</w:t>
      </w:r>
      <w:r w:rsidR="000B3AD1">
        <w:t xml:space="preserve"> </w:t>
      </w:r>
      <w:proofErr w:type="spellStart"/>
      <w:r>
        <w:t>działalność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użytkowników</w:t>
      </w:r>
      <w:proofErr w:type="spellEnd"/>
      <w:r>
        <w:t xml:space="preserve"> </w:t>
      </w:r>
      <w:proofErr w:type="spellStart"/>
      <w:r>
        <w:t>zagrażająca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</w:t>
      </w:r>
      <w:proofErr w:type="spellStart"/>
      <w:r>
        <w:t>małoletniego</w:t>
      </w:r>
      <w:proofErr w:type="spellEnd"/>
    </w:p>
    <w:p w14:paraId="7975E0E8" w14:textId="77777777" w:rsidR="00F93C5D" w:rsidRDefault="00F93C5D" w:rsidP="00166471">
      <w:pPr>
        <w:spacing w:after="60" w:line="240" w:lineRule="auto"/>
        <w:jc w:val="both"/>
      </w:pPr>
    </w:p>
    <w:p w14:paraId="3A420C48" w14:textId="77777777" w:rsidR="00F93C5D" w:rsidRDefault="00000000" w:rsidP="00166471">
      <w:pPr>
        <w:spacing w:after="60" w:line="240" w:lineRule="auto"/>
        <w:jc w:val="both"/>
      </w:pPr>
      <w:r>
        <w:t>B. Zasady korzystania z urządzeń elektronicznych z dostępem do Internetu:</w:t>
      </w:r>
    </w:p>
    <w:p w14:paraId="12DE047E" w14:textId="77777777" w:rsidR="00F93C5D" w:rsidRDefault="00F93C5D" w:rsidP="00166471">
      <w:pPr>
        <w:spacing w:after="60" w:line="240" w:lineRule="auto"/>
        <w:jc w:val="both"/>
      </w:pPr>
    </w:p>
    <w:p w14:paraId="6A5F238C" w14:textId="746F3421" w:rsidR="00F93C5D" w:rsidRDefault="00000000" w:rsidP="00166471">
      <w:pPr>
        <w:spacing w:after="60" w:line="240" w:lineRule="auto"/>
        <w:jc w:val="both"/>
      </w:pPr>
      <w:r>
        <w:t>1.</w:t>
      </w:r>
      <w:r w:rsidR="000B3AD1"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mają</w:t>
      </w:r>
      <w:proofErr w:type="spellEnd"/>
      <w:r>
        <w:t xml:space="preserve"> </w:t>
      </w:r>
      <w:proofErr w:type="spellStart"/>
      <w:r>
        <w:t>dostępu</w:t>
      </w:r>
      <w:proofErr w:type="spellEnd"/>
      <w:r>
        <w:t xml:space="preserve"> do infrastruktury sieciowej Poradni.</w:t>
      </w:r>
    </w:p>
    <w:p w14:paraId="5EE3A087" w14:textId="6747F4DD" w:rsidR="00F93C5D" w:rsidRDefault="00000000" w:rsidP="00166471">
      <w:pPr>
        <w:spacing w:after="60" w:line="240" w:lineRule="auto"/>
        <w:jc w:val="both"/>
      </w:pPr>
      <w:r>
        <w:lastRenderedPageBreak/>
        <w:t>2.</w:t>
      </w:r>
      <w:r w:rsidR="000B3AD1">
        <w:t xml:space="preserve"> </w:t>
      </w:r>
      <w:proofErr w:type="spellStart"/>
      <w:r>
        <w:t>Sieć</w:t>
      </w:r>
      <w:proofErr w:type="spellEnd"/>
      <w:r>
        <w:t xml:space="preserve"> jest </w:t>
      </w:r>
      <w:proofErr w:type="spellStart"/>
      <w:r>
        <w:t>monitorowana</w:t>
      </w:r>
      <w:proofErr w:type="spellEnd"/>
      <w:r>
        <w:t xml:space="preserve"> w </w:t>
      </w:r>
      <w:proofErr w:type="spellStart"/>
      <w:r>
        <w:t>taki</w:t>
      </w:r>
      <w:proofErr w:type="spellEnd"/>
      <w:r>
        <w:t xml:space="preserve"> </w:t>
      </w:r>
      <w:proofErr w:type="spellStart"/>
      <w:r>
        <w:t>sposób</w:t>
      </w:r>
      <w:proofErr w:type="spellEnd"/>
      <w:r>
        <w:t xml:space="preserve">, aby </w:t>
      </w:r>
      <w:proofErr w:type="spellStart"/>
      <w:r>
        <w:t>możliwe</w:t>
      </w:r>
      <w:proofErr w:type="spellEnd"/>
      <w:r>
        <w:t xml:space="preserve"> było zidentyfikowanie sprawców ewentualnych nadużyć.</w:t>
      </w:r>
    </w:p>
    <w:p w14:paraId="5D923FBF" w14:textId="1433BB64" w:rsidR="00F93C5D" w:rsidRDefault="00000000" w:rsidP="00166471">
      <w:pPr>
        <w:spacing w:after="60" w:line="240" w:lineRule="auto"/>
        <w:jc w:val="both"/>
      </w:pPr>
      <w:r>
        <w:t>3.</w:t>
      </w:r>
      <w:r w:rsidR="000B3AD1">
        <w:t xml:space="preserve"> </w:t>
      </w:r>
      <w:proofErr w:type="spellStart"/>
      <w:r>
        <w:t>Rozwiązania</w:t>
      </w:r>
      <w:proofErr w:type="spellEnd"/>
      <w:r>
        <w:t xml:space="preserve"> </w:t>
      </w:r>
      <w:proofErr w:type="spellStart"/>
      <w:r>
        <w:t>organizacyjne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poziomie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bazują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aktualnych</w:t>
      </w:r>
      <w:proofErr w:type="spellEnd"/>
      <w:r>
        <w:t xml:space="preserve"> standardach bezpieczeństwa.</w:t>
      </w:r>
    </w:p>
    <w:p w14:paraId="4EA46105" w14:textId="22098036" w:rsidR="00F93C5D" w:rsidRDefault="00000000" w:rsidP="00166471">
      <w:pPr>
        <w:spacing w:after="60" w:line="240" w:lineRule="auto"/>
        <w:jc w:val="both"/>
      </w:pPr>
      <w:r>
        <w:t>4.</w:t>
      </w:r>
      <w:r w:rsidR="000B3AD1">
        <w:t xml:space="preserve"> </w:t>
      </w:r>
      <w:r>
        <w:t xml:space="preserve">Na </w:t>
      </w:r>
      <w:proofErr w:type="spellStart"/>
      <w:r>
        <w:t>wszystkich</w:t>
      </w:r>
      <w:proofErr w:type="spellEnd"/>
      <w:r>
        <w:t xml:space="preserve"> </w:t>
      </w:r>
      <w:proofErr w:type="spellStart"/>
      <w:r>
        <w:t>komputerach</w:t>
      </w:r>
      <w:proofErr w:type="spellEnd"/>
      <w:r>
        <w:t xml:space="preserve"> z </w:t>
      </w:r>
      <w:proofErr w:type="spellStart"/>
      <w:r>
        <w:t>dostępem</w:t>
      </w:r>
      <w:proofErr w:type="spellEnd"/>
      <w:r>
        <w:t xml:space="preserve"> do Internetu na terenie Poradni jest zainstalowane oraz systematycznie aktualizowane oprogramowanie antywirusowe, antyspamowe i firewall.</w:t>
      </w:r>
    </w:p>
    <w:p w14:paraId="132AE678" w14:textId="44F7C66B" w:rsidR="00F93C5D" w:rsidRDefault="00000000" w:rsidP="00166471">
      <w:pPr>
        <w:spacing w:after="60" w:line="240" w:lineRule="auto"/>
        <w:jc w:val="both"/>
      </w:pPr>
      <w:r>
        <w:t>5.</w:t>
      </w:r>
      <w:r w:rsidR="000B3AD1">
        <w:t xml:space="preserve"> </w:t>
      </w:r>
      <w:proofErr w:type="spellStart"/>
      <w:r>
        <w:t>Poradnia</w:t>
      </w:r>
      <w:proofErr w:type="spellEnd"/>
      <w:r>
        <w:t xml:space="preserve"> </w:t>
      </w:r>
      <w:proofErr w:type="spellStart"/>
      <w:r>
        <w:t>korzysta</w:t>
      </w:r>
      <w:proofErr w:type="spellEnd"/>
      <w:r>
        <w:t xml:space="preserve"> z </w:t>
      </w:r>
      <w:proofErr w:type="spellStart"/>
      <w:r>
        <w:t>usług</w:t>
      </w:r>
      <w:proofErr w:type="spellEnd"/>
      <w:r>
        <w:t xml:space="preserve"> </w:t>
      </w:r>
      <w:proofErr w:type="spellStart"/>
      <w:r>
        <w:t>firmy</w:t>
      </w:r>
      <w:proofErr w:type="spellEnd"/>
      <w:r>
        <w:t xml:space="preserve"> </w:t>
      </w:r>
      <w:proofErr w:type="spellStart"/>
      <w:r>
        <w:t>zewnętrznej</w:t>
      </w:r>
      <w:proofErr w:type="spellEnd"/>
      <w:r>
        <w:t xml:space="preserve">, </w:t>
      </w:r>
      <w:proofErr w:type="spellStart"/>
      <w:r>
        <w:t>która</w:t>
      </w:r>
      <w:proofErr w:type="spellEnd"/>
      <w:r>
        <w:t xml:space="preserve"> dba o bezpieczeństwo sieci wi-fi Poradni.</w:t>
      </w:r>
    </w:p>
    <w:p w14:paraId="6FD8416A" w14:textId="0924A7BC" w:rsidR="00F93C5D" w:rsidRDefault="00000000" w:rsidP="00166471">
      <w:pPr>
        <w:spacing w:after="60" w:line="240" w:lineRule="auto"/>
        <w:jc w:val="both"/>
      </w:pPr>
      <w:r>
        <w:t>6.</w:t>
      </w:r>
      <w:r w:rsidR="000B3AD1">
        <w:t xml:space="preserve"> </w:t>
      </w:r>
      <w:proofErr w:type="spellStart"/>
      <w:r>
        <w:t>Poprzez</w:t>
      </w:r>
      <w:proofErr w:type="spellEnd"/>
      <w:r>
        <w:t xml:space="preserve"> </w:t>
      </w:r>
      <w:proofErr w:type="spellStart"/>
      <w:r>
        <w:t>współpracę</w:t>
      </w:r>
      <w:proofErr w:type="spellEnd"/>
      <w:r>
        <w:t xml:space="preserve"> z </w:t>
      </w:r>
      <w:proofErr w:type="spellStart"/>
      <w:r>
        <w:t>zewnętrzną</w:t>
      </w:r>
      <w:proofErr w:type="spellEnd"/>
      <w:r>
        <w:t xml:space="preserve"> </w:t>
      </w:r>
      <w:proofErr w:type="spellStart"/>
      <w:r>
        <w:t>firmą</w:t>
      </w:r>
      <w:proofErr w:type="spellEnd"/>
      <w:r>
        <w:t xml:space="preserve"> </w:t>
      </w:r>
      <w:proofErr w:type="spellStart"/>
      <w:r>
        <w:t>prowadzącą</w:t>
      </w:r>
      <w:proofErr w:type="spellEnd"/>
      <w:r>
        <w:t xml:space="preserve"> </w:t>
      </w:r>
      <w:proofErr w:type="spellStart"/>
      <w:r>
        <w:t>obsługę</w:t>
      </w:r>
      <w:proofErr w:type="spellEnd"/>
      <w:r>
        <w:t xml:space="preserve"> </w:t>
      </w:r>
      <w:proofErr w:type="spellStart"/>
      <w:r>
        <w:t>informatyczną</w:t>
      </w:r>
      <w:proofErr w:type="spellEnd"/>
      <w:r>
        <w:t xml:space="preserve"> dyrektor                      i pracownicy Poradni dbają o:</w:t>
      </w:r>
    </w:p>
    <w:p w14:paraId="565265B5" w14:textId="77777777" w:rsidR="00F93C5D" w:rsidRDefault="00000000" w:rsidP="00166471">
      <w:pPr>
        <w:spacing w:after="60" w:line="240" w:lineRule="auto"/>
        <w:jc w:val="both"/>
      </w:pPr>
      <w:r>
        <w:t>a) zabezpieczenie sieci Internetowej placówki przed niebezpiecznymi treściami poprzez instalację i aktualizację odpowiedniego oprogramowania;</w:t>
      </w:r>
    </w:p>
    <w:p w14:paraId="3214C7AB" w14:textId="77777777" w:rsidR="00F93C5D" w:rsidRDefault="00000000" w:rsidP="00166471">
      <w:pPr>
        <w:spacing w:after="60" w:line="240" w:lineRule="auto"/>
        <w:jc w:val="both"/>
      </w:pPr>
      <w:r>
        <w:t>b) sprawdzanie, co najmniej raz w miesiącu, czy na komputerach nie znajdują się niebezpieczne treści.</w:t>
      </w:r>
    </w:p>
    <w:p w14:paraId="623CA8B6" w14:textId="6331FCF1" w:rsidR="00F93C5D" w:rsidRDefault="00000000" w:rsidP="00166471">
      <w:pPr>
        <w:spacing w:after="60" w:line="240" w:lineRule="auto"/>
        <w:jc w:val="both"/>
      </w:pPr>
      <w:r>
        <w:t>7.</w:t>
      </w:r>
      <w:r w:rsidR="000B3AD1">
        <w:t xml:space="preserve"> </w:t>
      </w:r>
      <w:proofErr w:type="spellStart"/>
      <w:r>
        <w:t>Pracownicy</w:t>
      </w:r>
      <w:proofErr w:type="spellEnd"/>
      <w:r>
        <w:t xml:space="preserve"> </w:t>
      </w:r>
      <w:proofErr w:type="spellStart"/>
      <w:r>
        <w:t>posiadają</w:t>
      </w:r>
      <w:proofErr w:type="spellEnd"/>
      <w:r>
        <w:t xml:space="preserve"> </w:t>
      </w:r>
      <w:proofErr w:type="spellStart"/>
      <w:r>
        <w:t>indywidualny</w:t>
      </w:r>
      <w:proofErr w:type="spellEnd"/>
      <w:r>
        <w:t xml:space="preserve"> login </w:t>
      </w:r>
      <w:proofErr w:type="spellStart"/>
      <w:r>
        <w:t>i</w:t>
      </w:r>
      <w:proofErr w:type="spellEnd"/>
      <w:r>
        <w:t xml:space="preserve"> </w:t>
      </w:r>
      <w:proofErr w:type="spellStart"/>
      <w:r>
        <w:t>hasło</w:t>
      </w:r>
      <w:proofErr w:type="spellEnd"/>
      <w:r>
        <w:t xml:space="preserve">, </w:t>
      </w:r>
      <w:proofErr w:type="spellStart"/>
      <w:r>
        <w:t>umożliwiające</w:t>
      </w:r>
      <w:proofErr w:type="spellEnd"/>
      <w:r>
        <w:t xml:space="preserve"> </w:t>
      </w:r>
      <w:proofErr w:type="spellStart"/>
      <w:r>
        <w:t>korzystanie</w:t>
      </w:r>
      <w:proofErr w:type="spellEnd"/>
      <w:r>
        <w:t xml:space="preserve"> z komputera na terenie poradni. Pracownicy zachowują login i hasło w tajemnicy.</w:t>
      </w:r>
    </w:p>
    <w:p w14:paraId="4C2133CB" w14:textId="0EFF97D0" w:rsidR="00F93C5D" w:rsidRDefault="00000000" w:rsidP="00166471">
      <w:pPr>
        <w:spacing w:after="60" w:line="240" w:lineRule="auto"/>
        <w:jc w:val="both"/>
      </w:pPr>
      <w:r>
        <w:t>8.</w:t>
      </w:r>
      <w:r w:rsidR="000B3AD1">
        <w:t xml:space="preserve"> </w:t>
      </w:r>
      <w:proofErr w:type="spellStart"/>
      <w:r>
        <w:t>Użytkownikowi</w:t>
      </w:r>
      <w:proofErr w:type="spellEnd"/>
      <w:r>
        <w:t xml:space="preserve"> </w:t>
      </w:r>
      <w:proofErr w:type="spellStart"/>
      <w:r>
        <w:t>komputera</w:t>
      </w:r>
      <w:proofErr w:type="spellEnd"/>
      <w:r>
        <w:t xml:space="preserve"> </w:t>
      </w:r>
      <w:proofErr w:type="spellStart"/>
      <w:r>
        <w:t>zabrania</w:t>
      </w:r>
      <w:proofErr w:type="spellEnd"/>
      <w:r>
        <w:t xml:space="preserve"> </w:t>
      </w:r>
      <w:proofErr w:type="spellStart"/>
      <w:r>
        <w:t>się</w:t>
      </w:r>
      <w:proofErr w:type="spellEnd"/>
      <w:r>
        <w:t>:</w:t>
      </w:r>
    </w:p>
    <w:p w14:paraId="30CCDF3E" w14:textId="77777777" w:rsidR="00F93C5D" w:rsidRDefault="00000000" w:rsidP="00166471">
      <w:pPr>
        <w:spacing w:after="60" w:line="240" w:lineRule="auto"/>
        <w:jc w:val="both"/>
      </w:pPr>
      <w:r>
        <w:t>a) instalowania oprogramowania oraz dokonywania zmian w konfiguracji oprogramowania zainstalowanego w systemie,</w:t>
      </w:r>
    </w:p>
    <w:p w14:paraId="3E9D27F6" w14:textId="77777777" w:rsidR="00F93C5D" w:rsidRDefault="00000000" w:rsidP="00166471">
      <w:pPr>
        <w:spacing w:after="60" w:line="240" w:lineRule="auto"/>
        <w:jc w:val="both"/>
      </w:pPr>
      <w:r>
        <w:t>b) usuwania cudzych plików, odinstalowania programów, dekompletowania sprzętu.</w:t>
      </w:r>
    </w:p>
    <w:p w14:paraId="2E12EB6C" w14:textId="77777777" w:rsidR="00F93C5D" w:rsidRDefault="00F93C5D" w:rsidP="00166471">
      <w:pPr>
        <w:spacing w:after="60" w:line="240" w:lineRule="auto"/>
        <w:jc w:val="both"/>
      </w:pPr>
    </w:p>
    <w:p w14:paraId="26DE6D05" w14:textId="77777777" w:rsidR="00F93C5D" w:rsidRDefault="00000000" w:rsidP="00166471">
      <w:pPr>
        <w:spacing w:after="60" w:line="240" w:lineRule="auto"/>
        <w:jc w:val="both"/>
      </w:pPr>
      <w:r>
        <w:t>C. Zasady korzystania z telefonów komórkowych oraz innych urządzeń elektronicznych:</w:t>
      </w:r>
    </w:p>
    <w:p w14:paraId="3E092A0A" w14:textId="77777777" w:rsidR="00F93C5D" w:rsidRDefault="00F93C5D" w:rsidP="00166471">
      <w:pPr>
        <w:spacing w:after="60" w:line="240" w:lineRule="auto"/>
        <w:jc w:val="both"/>
      </w:pPr>
    </w:p>
    <w:p w14:paraId="009E9794" w14:textId="1F6EE13D" w:rsidR="00F93C5D" w:rsidRDefault="00000000" w:rsidP="00166471">
      <w:pPr>
        <w:spacing w:after="60" w:line="240" w:lineRule="auto"/>
        <w:jc w:val="both"/>
      </w:pPr>
      <w:r>
        <w:t>1.</w:t>
      </w:r>
      <w:r w:rsidR="000B3AD1">
        <w:t xml:space="preserve"> </w:t>
      </w:r>
      <w:proofErr w:type="spellStart"/>
      <w:r>
        <w:t>Małoletni</w:t>
      </w:r>
      <w:proofErr w:type="spellEnd"/>
      <w:r>
        <w:t xml:space="preserve"> ma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korzystać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terenie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z telefonu komórkowego oraz innych urządzeń elektronicznych zgodnie z ustalonymi zasadami.</w:t>
      </w:r>
    </w:p>
    <w:p w14:paraId="5F29C95A" w14:textId="1ABC70C9" w:rsidR="00F93C5D" w:rsidRDefault="00000000" w:rsidP="00166471">
      <w:pPr>
        <w:spacing w:after="60" w:line="240" w:lineRule="auto"/>
        <w:jc w:val="both"/>
      </w:pPr>
      <w:r>
        <w:t>2.</w:t>
      </w:r>
      <w:r w:rsidR="000B3AD1"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pojęcie</w:t>
      </w:r>
      <w:proofErr w:type="spellEnd"/>
      <w:r>
        <w:t xml:space="preserve"> „</w:t>
      </w:r>
      <w:proofErr w:type="spellStart"/>
      <w:r>
        <w:t>telefon</w:t>
      </w:r>
      <w:proofErr w:type="spellEnd"/>
      <w:r>
        <w:t xml:space="preserve"> </w:t>
      </w:r>
      <w:proofErr w:type="spellStart"/>
      <w:r>
        <w:t>komórkowy</w:t>
      </w:r>
      <w:proofErr w:type="spellEnd"/>
      <w:r>
        <w:t xml:space="preserve">” </w:t>
      </w:r>
      <w:proofErr w:type="spellStart"/>
      <w:r>
        <w:t>rozumie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także</w:t>
      </w:r>
      <w:proofErr w:type="spellEnd"/>
      <w:r>
        <w:t xml:space="preserve"> </w:t>
      </w:r>
      <w:proofErr w:type="spellStart"/>
      <w:r>
        <w:t>smartfon</w:t>
      </w:r>
      <w:proofErr w:type="spellEnd"/>
      <w:r>
        <w:t>, urządzenie typu smartwatch itp.</w:t>
      </w:r>
    </w:p>
    <w:p w14:paraId="611E7190" w14:textId="013916EB" w:rsidR="00F93C5D" w:rsidRDefault="00000000" w:rsidP="00166471">
      <w:pPr>
        <w:spacing w:after="60" w:line="240" w:lineRule="auto"/>
        <w:jc w:val="both"/>
      </w:pPr>
      <w:r>
        <w:t>3.</w:t>
      </w:r>
      <w:r w:rsidR="000B3AD1"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pojęcie</w:t>
      </w:r>
      <w:proofErr w:type="spellEnd"/>
      <w:r>
        <w:t xml:space="preserve"> „</w:t>
      </w:r>
      <w:proofErr w:type="spellStart"/>
      <w:r>
        <w:t>inne</w:t>
      </w:r>
      <w:proofErr w:type="spellEnd"/>
      <w:r>
        <w:t xml:space="preserve"> </w:t>
      </w:r>
      <w:proofErr w:type="spellStart"/>
      <w:r>
        <w:t>urządzenia</w:t>
      </w:r>
      <w:proofErr w:type="spellEnd"/>
      <w:r>
        <w:t xml:space="preserve"> </w:t>
      </w:r>
      <w:proofErr w:type="spellStart"/>
      <w:r>
        <w:t>elektroniczne</w:t>
      </w:r>
      <w:proofErr w:type="spellEnd"/>
      <w:r>
        <w:t xml:space="preserve">” </w:t>
      </w:r>
      <w:proofErr w:type="spellStart"/>
      <w:r>
        <w:t>rozumie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także</w:t>
      </w:r>
      <w:proofErr w:type="spellEnd"/>
      <w:r>
        <w:t xml:space="preserve"> tablet, odtwarzacz muzyki, słuchawki, itp.</w:t>
      </w:r>
    </w:p>
    <w:p w14:paraId="67F78DE2" w14:textId="1AE37B38" w:rsidR="00F93C5D" w:rsidRDefault="00000000" w:rsidP="00166471">
      <w:pPr>
        <w:spacing w:after="60" w:line="240" w:lineRule="auto"/>
        <w:jc w:val="both"/>
      </w:pPr>
      <w:r>
        <w:t>4.</w:t>
      </w:r>
      <w:r w:rsidR="000B3AD1"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przynoszą</w:t>
      </w:r>
      <w:proofErr w:type="spellEnd"/>
      <w:r>
        <w:t xml:space="preserve"> do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telefony</w:t>
      </w:r>
      <w:proofErr w:type="spellEnd"/>
      <w:r>
        <w:t xml:space="preserve"> </w:t>
      </w:r>
      <w:proofErr w:type="spellStart"/>
      <w:r>
        <w:t>komórkowe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inny</w:t>
      </w:r>
      <w:proofErr w:type="spellEnd"/>
      <w:r>
        <w:t xml:space="preserve"> sprzęt elektroniczny na własną odpowiedzialność, za zgodą rodziców.</w:t>
      </w:r>
    </w:p>
    <w:p w14:paraId="1F0AF883" w14:textId="6771D0F7" w:rsidR="00F93C5D" w:rsidRDefault="00000000" w:rsidP="00166471">
      <w:pPr>
        <w:spacing w:after="60" w:line="240" w:lineRule="auto"/>
        <w:jc w:val="both"/>
      </w:pPr>
      <w:r>
        <w:t>5.</w:t>
      </w:r>
      <w:r w:rsidR="000B3AD1">
        <w:t xml:space="preserve"> </w:t>
      </w:r>
      <w:proofErr w:type="spellStart"/>
      <w:r>
        <w:t>Poradnia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ponosi</w:t>
      </w:r>
      <w:proofErr w:type="spellEnd"/>
      <w:r>
        <w:t xml:space="preserve"> </w:t>
      </w:r>
      <w:proofErr w:type="spellStart"/>
      <w:r>
        <w:t>odpowiedzialności</w:t>
      </w:r>
      <w:proofErr w:type="spellEnd"/>
      <w:r>
        <w:t xml:space="preserve"> za zaginięcie lub zniszczenie czy kradzież sprzętu przynoszonego przez małoletnich.</w:t>
      </w:r>
    </w:p>
    <w:p w14:paraId="02EC722A" w14:textId="54D2FAF7" w:rsidR="00F93C5D" w:rsidRDefault="00000000" w:rsidP="00166471">
      <w:pPr>
        <w:spacing w:after="60" w:line="240" w:lineRule="auto"/>
        <w:jc w:val="both"/>
      </w:pPr>
      <w:r>
        <w:t>6.</w:t>
      </w:r>
      <w:r w:rsidR="000B3AD1"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korzystać</w:t>
      </w:r>
      <w:proofErr w:type="spellEnd"/>
      <w:r>
        <w:t xml:space="preserve"> z telefonu komórkowego oraz innych urządzeń elektronicznych z dostępem do Internetu podczas diagnozy, zajęć, treningów, warsztatów prowadzonych na terenie Poradni.</w:t>
      </w:r>
    </w:p>
    <w:p w14:paraId="43E46E0E" w14:textId="44660FCC" w:rsidR="00F93C5D" w:rsidRDefault="00000000" w:rsidP="00166471">
      <w:pPr>
        <w:spacing w:after="60" w:line="240" w:lineRule="auto"/>
        <w:jc w:val="both"/>
      </w:pPr>
      <w:r>
        <w:t>7.</w:t>
      </w:r>
      <w:r w:rsidR="000B3AD1">
        <w:t xml:space="preserve"> </w:t>
      </w:r>
      <w:proofErr w:type="spellStart"/>
      <w:r>
        <w:t>Małoletni</w:t>
      </w:r>
      <w:proofErr w:type="spellEnd"/>
      <w:r>
        <w:t xml:space="preserve"> ma </w:t>
      </w:r>
      <w:proofErr w:type="spellStart"/>
      <w:r>
        <w:t>obowiązek</w:t>
      </w:r>
      <w:proofErr w:type="spellEnd"/>
      <w:r>
        <w:t xml:space="preserve"> </w:t>
      </w:r>
      <w:proofErr w:type="spellStart"/>
      <w:r>
        <w:t>wyłączyć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wyciszyć</w:t>
      </w:r>
      <w:proofErr w:type="spellEnd"/>
      <w:r>
        <w:t xml:space="preserve"> </w:t>
      </w:r>
      <w:proofErr w:type="spellStart"/>
      <w:r>
        <w:t>telefon</w:t>
      </w:r>
      <w:proofErr w:type="spellEnd"/>
      <w:r>
        <w:t xml:space="preserve"> (bez wibracji) i schować go                   w torbie/ plecaku przed rozpoczęciem diagnozy. Telefon pozostaje niewidoczny zarówno dla małoletniego, jak i pozostałych osób.</w:t>
      </w:r>
    </w:p>
    <w:p w14:paraId="2D5EDCCA" w14:textId="2C2A49A3" w:rsidR="00F93C5D" w:rsidRDefault="00000000" w:rsidP="00166471">
      <w:pPr>
        <w:spacing w:after="60" w:line="240" w:lineRule="auto"/>
        <w:jc w:val="both"/>
      </w:pPr>
      <w:r>
        <w:t>8.</w:t>
      </w:r>
      <w:r w:rsidR="000B3AD1">
        <w:t xml:space="preserve"> </w:t>
      </w:r>
      <w:proofErr w:type="spellStart"/>
      <w:r>
        <w:t>Telefony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urządzenia</w:t>
      </w:r>
      <w:proofErr w:type="spellEnd"/>
      <w:r>
        <w:t xml:space="preserve"> </w:t>
      </w:r>
      <w:proofErr w:type="spellStart"/>
      <w:r>
        <w:t>elektroniczne</w:t>
      </w:r>
      <w:proofErr w:type="spellEnd"/>
      <w:r>
        <w:t xml:space="preserve"> (np. tablety) można wykorzystywać podczas zajęć w celach dydaktycznych pod opieką oraz za zgodą prowadzącego zajęcia. Małoletni może korzystać z telefonu, a także innych urządzeń elektronicznych w celu wyszukania informacji niezbędnych do realizacji zadań podczas zajęć, po uzyskaniu zgody prowadzącego dane zajęcia lub na jego wyraźne polecenie.</w:t>
      </w:r>
    </w:p>
    <w:p w14:paraId="2B4909BA" w14:textId="5B0B5477" w:rsidR="00F93C5D" w:rsidRDefault="00000000" w:rsidP="00166471">
      <w:pPr>
        <w:spacing w:after="60" w:line="240" w:lineRule="auto"/>
        <w:jc w:val="both"/>
      </w:pPr>
      <w:r>
        <w:t>9.</w:t>
      </w:r>
      <w:r w:rsidR="000B3AD1">
        <w:t xml:space="preserve"> 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czeka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ważną</w:t>
      </w:r>
      <w:proofErr w:type="spellEnd"/>
      <w:r>
        <w:t xml:space="preserve"> </w:t>
      </w:r>
      <w:proofErr w:type="spellStart"/>
      <w:r>
        <w:t>informację</w:t>
      </w:r>
      <w:proofErr w:type="spellEnd"/>
      <w:r>
        <w:t xml:space="preserve"> (</w:t>
      </w:r>
      <w:proofErr w:type="spellStart"/>
      <w:r>
        <w:t>połączenie</w:t>
      </w:r>
      <w:proofErr w:type="spellEnd"/>
      <w:r>
        <w:t xml:space="preserve">, SMS) ma obowiązek poinformować o tym fakcie, poprosić o pozwolenie na skorzystanie z telefonu i ustalić sposób odebrania tej wiadomości. </w:t>
      </w:r>
      <w:r>
        <w:lastRenderedPageBreak/>
        <w:t>Dotyczy to także sytuacji, gdy wystąpiła pilna potrzeba skontaktowania się, np. z rodzicami lub w innej ważnej sprawie.</w:t>
      </w:r>
    </w:p>
    <w:p w14:paraId="2C06DDF8" w14:textId="0A3FF262" w:rsidR="00F93C5D" w:rsidRDefault="00000000" w:rsidP="00166471">
      <w:pPr>
        <w:spacing w:after="60" w:line="240" w:lineRule="auto"/>
        <w:jc w:val="both"/>
      </w:pPr>
      <w:r>
        <w:t>10.</w:t>
      </w:r>
      <w:r w:rsidR="000B3AD1">
        <w:t xml:space="preserve"> </w:t>
      </w:r>
      <w:r>
        <w:t xml:space="preserve">Na </w:t>
      </w:r>
      <w:proofErr w:type="spellStart"/>
      <w:r>
        <w:t>terenie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zakazuje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małoletnim filmowania, fotografowania oraz utrwalania dźwięku na jakichkolwiek nośnikach cyfrowych.</w:t>
      </w:r>
    </w:p>
    <w:p w14:paraId="1E7E2BD1" w14:textId="56AA71E2" w:rsidR="00F93C5D" w:rsidRDefault="00000000" w:rsidP="00166471">
      <w:pPr>
        <w:spacing w:after="60" w:line="240" w:lineRule="auto"/>
        <w:jc w:val="both"/>
      </w:pPr>
      <w:r>
        <w:t>11.</w:t>
      </w:r>
      <w:r w:rsidR="000B3AD1">
        <w:t xml:space="preserve"> </w:t>
      </w:r>
      <w:proofErr w:type="spellStart"/>
      <w:r>
        <w:t>Powyższe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dotyczy</w:t>
      </w:r>
      <w:proofErr w:type="spellEnd"/>
      <w:r>
        <w:t xml:space="preserve"> </w:t>
      </w:r>
      <w:proofErr w:type="spellStart"/>
      <w:r>
        <w:t>wydarzeń</w:t>
      </w:r>
      <w:proofErr w:type="spellEnd"/>
      <w:r>
        <w:t xml:space="preserve"> </w:t>
      </w:r>
      <w:proofErr w:type="spellStart"/>
      <w:r>
        <w:t>odbywających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w </w:t>
      </w:r>
      <w:proofErr w:type="spellStart"/>
      <w:r>
        <w:t>Poradni</w:t>
      </w:r>
      <w:proofErr w:type="spellEnd"/>
      <w:r>
        <w:t>, na rejestrację których udzielono zgody.</w:t>
      </w:r>
    </w:p>
    <w:p w14:paraId="6963B7A8" w14:textId="1A9EA2B5" w:rsidR="00F93C5D" w:rsidRDefault="00000000" w:rsidP="00166471">
      <w:pPr>
        <w:spacing w:after="60" w:line="240" w:lineRule="auto"/>
        <w:jc w:val="both"/>
      </w:pPr>
      <w:r>
        <w:t>12.</w:t>
      </w:r>
      <w:r w:rsidR="000B3AD1">
        <w:t xml:space="preserve"> </w:t>
      </w:r>
      <w:proofErr w:type="spellStart"/>
      <w:r>
        <w:t>Nagrywanie</w:t>
      </w:r>
      <w:proofErr w:type="spellEnd"/>
      <w:r>
        <w:t xml:space="preserve"> </w:t>
      </w:r>
      <w:proofErr w:type="spellStart"/>
      <w:r>
        <w:t>dźwięku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obrazu</w:t>
      </w:r>
      <w:proofErr w:type="spellEnd"/>
      <w:r>
        <w:t xml:space="preserve"> za pomocą telefonu, lub innych urządzeń jest możliwe jedynie za zgodą osoby nagrywanej lub fotografowanej. Niedopuszczalne jest nagrywanie lub fotografowanie sytuacji niezgodnych z powszechnie przyjętymi normami etycznymi                 i społecznymi oraz przesyłanie treści obrażających inne osoby.</w:t>
      </w:r>
    </w:p>
    <w:p w14:paraId="318993DB" w14:textId="77777777" w:rsidR="00F93C5D" w:rsidRDefault="00F93C5D" w:rsidP="00166471">
      <w:pPr>
        <w:spacing w:after="60" w:line="240" w:lineRule="auto"/>
        <w:jc w:val="both"/>
      </w:pPr>
    </w:p>
    <w:p w14:paraId="05F9FAA6" w14:textId="77777777" w:rsidR="00F93C5D" w:rsidRDefault="00000000" w:rsidP="00166471">
      <w:pPr>
        <w:spacing w:after="60" w:line="240" w:lineRule="auto"/>
        <w:jc w:val="both"/>
      </w:pPr>
      <w:r>
        <w:t>D. Zasady postępowania w przypadku naruszenia zasad korzystania z telefonów i innych urządzeń elektronicznych na terenie poradni.</w:t>
      </w:r>
    </w:p>
    <w:p w14:paraId="62116DB9" w14:textId="77777777" w:rsidR="00F93C5D" w:rsidRDefault="00F93C5D" w:rsidP="00166471">
      <w:pPr>
        <w:spacing w:after="60" w:line="240" w:lineRule="auto"/>
        <w:jc w:val="both"/>
      </w:pPr>
    </w:p>
    <w:p w14:paraId="51AB2D9E" w14:textId="77777777" w:rsidR="00F93C5D" w:rsidRDefault="00000000" w:rsidP="00166471">
      <w:pPr>
        <w:spacing w:after="60" w:line="240" w:lineRule="auto"/>
        <w:jc w:val="both"/>
      </w:pPr>
      <w:r>
        <w:t>W przypadku naruszenia przez małoletniego zasad używania telefonów komórkowych na terenie Poradni, pracownik bezzwłocznie informuje o tym fakcie rodziców/ prawnych opiekunów małoletniego i wspólnie z rodzicami/ prawnymi opiekunami ustala plan dalszego postępowania.</w:t>
      </w:r>
    </w:p>
    <w:p w14:paraId="2F01F751" w14:textId="77777777" w:rsidR="00F93C5D" w:rsidRDefault="00F93C5D" w:rsidP="00166471">
      <w:pPr>
        <w:spacing w:after="60" w:line="240" w:lineRule="auto"/>
        <w:jc w:val="both"/>
      </w:pPr>
    </w:p>
    <w:p w14:paraId="7979ADFF" w14:textId="77777777" w:rsidR="00F93C5D" w:rsidRDefault="00000000" w:rsidP="00166471">
      <w:pPr>
        <w:spacing w:after="60" w:line="240" w:lineRule="auto"/>
        <w:jc w:val="both"/>
      </w:pPr>
      <w:r>
        <w:t>3.5 Zasady ochrony wizerunku małoletniego</w:t>
      </w:r>
    </w:p>
    <w:p w14:paraId="4C150C18" w14:textId="77777777" w:rsidR="00F93C5D" w:rsidRDefault="00F93C5D" w:rsidP="00166471">
      <w:pPr>
        <w:spacing w:after="60" w:line="240" w:lineRule="auto"/>
        <w:jc w:val="both"/>
      </w:pPr>
    </w:p>
    <w:p w14:paraId="5E7DC351" w14:textId="473C9D1E" w:rsidR="00F93C5D" w:rsidRDefault="00000000" w:rsidP="00166471">
      <w:pPr>
        <w:spacing w:after="60" w:line="240" w:lineRule="auto"/>
        <w:jc w:val="both"/>
      </w:pPr>
      <w:r>
        <w:t>1.</w:t>
      </w:r>
      <w:r w:rsidR="000B3AD1">
        <w:t xml:space="preserve"> </w:t>
      </w:r>
      <w:proofErr w:type="spellStart"/>
      <w:r>
        <w:t>Poradnia</w:t>
      </w:r>
      <w:proofErr w:type="spellEnd"/>
      <w:r>
        <w:t xml:space="preserve"> </w:t>
      </w:r>
      <w:proofErr w:type="spellStart"/>
      <w:r>
        <w:t>uznając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do prywatności i ochrony dóbr osobistych, zapewnia ochronę wizerunku.</w:t>
      </w:r>
    </w:p>
    <w:p w14:paraId="328A428E" w14:textId="124EDE4D" w:rsidR="00F93C5D" w:rsidRPr="000B3AD1" w:rsidRDefault="00000000" w:rsidP="00166471">
      <w:pPr>
        <w:spacing w:after="60" w:line="240" w:lineRule="auto"/>
        <w:jc w:val="both"/>
        <w:rPr>
          <w:sz w:val="22"/>
        </w:rPr>
      </w:pPr>
      <w:r>
        <w:t>2.</w:t>
      </w:r>
      <w:r w:rsidR="000B3AD1">
        <w:t xml:space="preserve"> </w:t>
      </w:r>
      <w:proofErr w:type="spellStart"/>
      <w:r w:rsidRPr="000B3AD1">
        <w:rPr>
          <w:szCs w:val="24"/>
        </w:rPr>
        <w:t>Wizerunek</w:t>
      </w:r>
      <w:proofErr w:type="spellEnd"/>
      <w:r w:rsidRPr="000B3AD1">
        <w:rPr>
          <w:szCs w:val="24"/>
        </w:rPr>
        <w:t xml:space="preserve"> </w:t>
      </w:r>
      <w:proofErr w:type="spellStart"/>
      <w:r w:rsidRPr="000B3AD1">
        <w:rPr>
          <w:szCs w:val="24"/>
        </w:rPr>
        <w:t>podlega</w:t>
      </w:r>
      <w:proofErr w:type="spellEnd"/>
      <w:r w:rsidRPr="000B3AD1">
        <w:rPr>
          <w:szCs w:val="24"/>
        </w:rPr>
        <w:t xml:space="preserve"> </w:t>
      </w:r>
      <w:proofErr w:type="spellStart"/>
      <w:r w:rsidRPr="000B3AD1">
        <w:rPr>
          <w:szCs w:val="24"/>
        </w:rPr>
        <w:t>ochronie</w:t>
      </w:r>
      <w:proofErr w:type="spellEnd"/>
      <w:r w:rsidRPr="000B3AD1">
        <w:rPr>
          <w:szCs w:val="24"/>
        </w:rPr>
        <w:t xml:space="preserve"> </w:t>
      </w:r>
      <w:proofErr w:type="spellStart"/>
      <w:r w:rsidRPr="000B3AD1">
        <w:rPr>
          <w:szCs w:val="24"/>
        </w:rPr>
        <w:t>na</w:t>
      </w:r>
      <w:proofErr w:type="spellEnd"/>
      <w:r w:rsidRPr="000B3AD1">
        <w:rPr>
          <w:szCs w:val="24"/>
        </w:rPr>
        <w:t xml:space="preserve"> podstawie przepisów Kodeksu cywilnego, ustawy o prawie autorskim i prawach pokrewnych oraz przepisów o ochronie danych osobowych (RODO) – jako </w:t>
      </w:r>
      <w:proofErr w:type="spellStart"/>
      <w:r w:rsidRPr="000B3AD1">
        <w:rPr>
          <w:szCs w:val="24"/>
        </w:rPr>
        <w:t>dane</w:t>
      </w:r>
      <w:proofErr w:type="spellEnd"/>
      <w:r w:rsidRPr="000B3AD1">
        <w:rPr>
          <w:szCs w:val="24"/>
        </w:rPr>
        <w:t xml:space="preserve"> </w:t>
      </w:r>
      <w:proofErr w:type="spellStart"/>
      <w:r w:rsidRPr="000B3AD1">
        <w:rPr>
          <w:szCs w:val="24"/>
        </w:rPr>
        <w:t>osobowe</w:t>
      </w:r>
      <w:proofErr w:type="spellEnd"/>
      <w:r w:rsidRPr="000B3AD1">
        <w:rPr>
          <w:szCs w:val="24"/>
        </w:rPr>
        <w:t xml:space="preserve">, </w:t>
      </w:r>
      <w:proofErr w:type="spellStart"/>
      <w:r w:rsidRPr="000B3AD1">
        <w:rPr>
          <w:szCs w:val="24"/>
        </w:rPr>
        <w:t>jeżeli</w:t>
      </w:r>
      <w:proofErr w:type="spellEnd"/>
      <w:r w:rsidRPr="000B3AD1">
        <w:rPr>
          <w:szCs w:val="24"/>
        </w:rPr>
        <w:t xml:space="preserve"> </w:t>
      </w:r>
      <w:proofErr w:type="spellStart"/>
      <w:r w:rsidRPr="000B3AD1">
        <w:rPr>
          <w:szCs w:val="24"/>
        </w:rPr>
        <w:t>umożliwia</w:t>
      </w:r>
      <w:proofErr w:type="spellEnd"/>
      <w:r w:rsidRPr="000B3AD1">
        <w:rPr>
          <w:szCs w:val="24"/>
        </w:rPr>
        <w:t xml:space="preserve"> </w:t>
      </w:r>
      <w:proofErr w:type="spellStart"/>
      <w:r w:rsidRPr="000B3AD1">
        <w:rPr>
          <w:szCs w:val="24"/>
        </w:rPr>
        <w:t>identyfikację</w:t>
      </w:r>
      <w:proofErr w:type="spellEnd"/>
      <w:r w:rsidRPr="000B3AD1">
        <w:rPr>
          <w:szCs w:val="24"/>
        </w:rPr>
        <w:t xml:space="preserve"> </w:t>
      </w:r>
      <w:proofErr w:type="spellStart"/>
      <w:r w:rsidRPr="000B3AD1">
        <w:rPr>
          <w:szCs w:val="24"/>
        </w:rPr>
        <w:t>osoby</w:t>
      </w:r>
      <w:proofErr w:type="spellEnd"/>
      <w:r w:rsidRPr="000B3AD1">
        <w:rPr>
          <w:szCs w:val="24"/>
        </w:rPr>
        <w:t xml:space="preserve"> </w:t>
      </w:r>
      <w:proofErr w:type="spellStart"/>
      <w:r w:rsidRPr="000B3AD1">
        <w:rPr>
          <w:szCs w:val="24"/>
        </w:rPr>
        <w:t>fizycznej</w:t>
      </w:r>
      <w:proofErr w:type="spellEnd"/>
      <w:r w:rsidRPr="000B3AD1">
        <w:rPr>
          <w:szCs w:val="24"/>
        </w:rPr>
        <w:t>.</w:t>
      </w:r>
    </w:p>
    <w:p w14:paraId="7D27FDFA" w14:textId="11E93430" w:rsidR="00F93C5D" w:rsidRDefault="00000000" w:rsidP="00166471">
      <w:pPr>
        <w:spacing w:after="60" w:line="240" w:lineRule="auto"/>
        <w:jc w:val="both"/>
      </w:pPr>
      <w:r>
        <w:t>3.</w:t>
      </w:r>
      <w:r w:rsidR="000B3AD1">
        <w:t xml:space="preserve"> </w:t>
      </w:r>
      <w:proofErr w:type="spellStart"/>
      <w:r>
        <w:t>Upublicznianie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do 16 lat, utrwalonego w jakiejkolwiek formie (fotografia, nagranie audio-wideo) wymaga wyrażenia zgody osoby sprawującej władzę rodzicielską lub opiekę nad dzieckiem. </w:t>
      </w:r>
    </w:p>
    <w:p w14:paraId="02474919" w14:textId="6F04308E" w:rsidR="00F93C5D" w:rsidRDefault="00000000" w:rsidP="00166471">
      <w:pPr>
        <w:spacing w:after="60" w:line="240" w:lineRule="auto"/>
        <w:jc w:val="both"/>
      </w:pPr>
      <w:r>
        <w:t>4.</w:t>
      </w:r>
      <w:r w:rsidR="000B3AD1">
        <w:t xml:space="preserve"> </w:t>
      </w:r>
      <w:r>
        <w:t xml:space="preserve">Osoba </w:t>
      </w:r>
      <w:proofErr w:type="spellStart"/>
      <w:r>
        <w:t>małoletnia</w:t>
      </w:r>
      <w:proofErr w:type="spellEnd"/>
      <w:r>
        <w:t xml:space="preserve"> </w:t>
      </w:r>
      <w:proofErr w:type="spellStart"/>
      <w:r>
        <w:t>powyżej</w:t>
      </w:r>
      <w:proofErr w:type="spellEnd"/>
      <w:r>
        <w:t xml:space="preserve"> 16 </w:t>
      </w:r>
      <w:proofErr w:type="spellStart"/>
      <w:r>
        <w:t>roku</w:t>
      </w:r>
      <w:proofErr w:type="spellEnd"/>
      <w:r>
        <w:t xml:space="preserve"> życia ma prawo do wyrażenia zgody samodzielnie.</w:t>
      </w:r>
    </w:p>
    <w:p w14:paraId="03CBFF81" w14:textId="1ACC4135" w:rsidR="00F93C5D" w:rsidRDefault="00000000" w:rsidP="00166471">
      <w:pPr>
        <w:spacing w:after="60" w:line="240" w:lineRule="auto"/>
        <w:jc w:val="both"/>
      </w:pPr>
      <w:r>
        <w:t>5.</w:t>
      </w:r>
      <w:r w:rsidR="000B3AD1">
        <w:t xml:space="preserve"> </w:t>
      </w:r>
      <w:proofErr w:type="spellStart"/>
      <w:r>
        <w:t>Zgody</w:t>
      </w:r>
      <w:proofErr w:type="spellEnd"/>
      <w:r>
        <w:t xml:space="preserve"> w/w </w:t>
      </w:r>
      <w:proofErr w:type="spellStart"/>
      <w:r>
        <w:t>są</w:t>
      </w:r>
      <w:proofErr w:type="spellEnd"/>
      <w:r>
        <w:t xml:space="preserve"> </w:t>
      </w:r>
      <w:proofErr w:type="spellStart"/>
      <w:r>
        <w:t>jednocześnie</w:t>
      </w:r>
      <w:proofErr w:type="spellEnd"/>
      <w:r>
        <w:t xml:space="preserve"> </w:t>
      </w:r>
      <w:proofErr w:type="spellStart"/>
      <w:r>
        <w:t>zgodami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rozpowszechnianie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małoletniego wskazaną w art. 81 ustawy o prawie autorskim i prawach pokrewnych.</w:t>
      </w:r>
    </w:p>
    <w:p w14:paraId="4415ACEA" w14:textId="58EC02A1" w:rsidR="00F93C5D" w:rsidRDefault="00000000" w:rsidP="00166471">
      <w:pPr>
        <w:spacing w:after="60" w:line="240" w:lineRule="auto"/>
        <w:jc w:val="both"/>
      </w:pPr>
      <w:r>
        <w:t>6.</w:t>
      </w:r>
      <w:r w:rsidR="000B3AD1">
        <w:t xml:space="preserve"> </w:t>
      </w:r>
      <w:proofErr w:type="spellStart"/>
      <w:r>
        <w:t>Rodzice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>/</w:t>
      </w:r>
      <w:proofErr w:type="spellStart"/>
      <w:r>
        <w:t>opiekunowie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małoletni</w:t>
      </w:r>
      <w:proofErr w:type="spellEnd"/>
      <w:r>
        <w:t xml:space="preserve"> </w:t>
      </w:r>
      <w:proofErr w:type="spellStart"/>
      <w:r>
        <w:t>powyżej</w:t>
      </w:r>
      <w:proofErr w:type="spellEnd"/>
      <w:r>
        <w:t xml:space="preserve"> 16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życia</w:t>
      </w:r>
      <w:proofErr w:type="spellEnd"/>
      <w:r>
        <w:t xml:space="preserve"> wyrażając zgodę na upublicznienie wizerunku, określają precyzyjnie miejsca i kanały upubliczniania wizerunku, kontekst w jakim wizerunek będzie wykorzystany, a także okres upublicznienia.</w:t>
      </w:r>
    </w:p>
    <w:p w14:paraId="62791B2B" w14:textId="2D3139DF" w:rsidR="00F93C5D" w:rsidRDefault="00000000" w:rsidP="00166471">
      <w:pPr>
        <w:spacing w:after="60" w:line="240" w:lineRule="auto"/>
        <w:jc w:val="both"/>
      </w:pPr>
      <w:r>
        <w:t>7.</w:t>
      </w:r>
      <w:r w:rsidR="000B3AD1">
        <w:t xml:space="preserve"> </w:t>
      </w:r>
      <w:r>
        <w:t xml:space="preserve">Osoba </w:t>
      </w:r>
      <w:proofErr w:type="spellStart"/>
      <w:r>
        <w:t>wyrażająca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otrzymuje</w:t>
      </w:r>
      <w:proofErr w:type="spellEnd"/>
      <w:r>
        <w:t xml:space="preserve"> </w:t>
      </w:r>
      <w:proofErr w:type="spellStart"/>
      <w:r>
        <w:t>klauzulę</w:t>
      </w:r>
      <w:proofErr w:type="spellEnd"/>
      <w:r>
        <w:t xml:space="preserve"> informacyjną o zasadach przetwarzania danych osobowych w postaci wizerunku małoletniego oraz jest informowana przez osobę reprezentującą administratora danych osobowych o przysługujących prawach, w tym prawie do wycofania zgody oraz innych, zgodnie z art. 5 RODO.</w:t>
      </w:r>
    </w:p>
    <w:p w14:paraId="5B143BCD" w14:textId="31DD7CBB" w:rsidR="00F93C5D" w:rsidRDefault="00000000" w:rsidP="00166471">
      <w:pPr>
        <w:spacing w:after="60" w:line="240" w:lineRule="auto"/>
        <w:jc w:val="both"/>
      </w:pPr>
      <w:r>
        <w:t>8.</w:t>
      </w:r>
      <w:r w:rsidR="000B3AD1">
        <w:t xml:space="preserve">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wizerunek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t>jedynie</w:t>
      </w:r>
      <w:proofErr w:type="spellEnd"/>
      <w:r>
        <w:t xml:space="preserve"> </w:t>
      </w:r>
      <w:proofErr w:type="spellStart"/>
      <w:r>
        <w:t>szczegół</w:t>
      </w:r>
      <w:proofErr w:type="spellEnd"/>
      <w:r>
        <w:t xml:space="preserve"> </w:t>
      </w:r>
      <w:proofErr w:type="spellStart"/>
      <w:r>
        <w:t>całości</w:t>
      </w:r>
      <w:proofErr w:type="spellEnd"/>
      <w:r>
        <w:t xml:space="preserve">, </w:t>
      </w:r>
      <w:proofErr w:type="spellStart"/>
      <w:r>
        <w:t>takiej</w:t>
      </w:r>
      <w:proofErr w:type="spellEnd"/>
      <w:r>
        <w:t xml:space="preserve"> jak zgromadzenie, krajobraz, publiczna impreza, zgoda rodziców/ opiekunów lub małoletniego powyżej 16 roku życia na utrwalanie wizerunku dziecka nie jest wymagana. Zabrania się umieszczania informacji pozwalających ustalić tożsamość osób ujętych na zdjęciu lub innej formie publikacji.</w:t>
      </w:r>
    </w:p>
    <w:p w14:paraId="324718FD" w14:textId="39A11BD4" w:rsidR="00F93C5D" w:rsidRDefault="00000000" w:rsidP="00166471">
      <w:pPr>
        <w:spacing w:after="60" w:line="240" w:lineRule="auto"/>
        <w:jc w:val="both"/>
      </w:pPr>
      <w:r>
        <w:t>9.</w:t>
      </w:r>
      <w:r w:rsidR="000B3AD1">
        <w:t xml:space="preserve"> </w:t>
      </w:r>
      <w:proofErr w:type="spellStart"/>
      <w:r>
        <w:t>Pracownikowi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wolno</w:t>
      </w:r>
      <w:proofErr w:type="spellEnd"/>
      <w:r>
        <w:t xml:space="preserve"> </w:t>
      </w:r>
      <w:proofErr w:type="spellStart"/>
      <w:r>
        <w:t>umożliwiać</w:t>
      </w:r>
      <w:proofErr w:type="spellEnd"/>
      <w:r>
        <w:t xml:space="preserve"> </w:t>
      </w:r>
      <w:proofErr w:type="spellStart"/>
      <w:r>
        <w:t>przedstawicielom</w:t>
      </w:r>
      <w:proofErr w:type="spellEnd"/>
      <w:r>
        <w:t xml:space="preserve"> </w:t>
      </w:r>
      <w:proofErr w:type="spellStart"/>
      <w:r>
        <w:t>mediów</w:t>
      </w:r>
      <w:proofErr w:type="spellEnd"/>
      <w:r>
        <w:t xml:space="preserve"> </w:t>
      </w:r>
      <w:proofErr w:type="spellStart"/>
      <w:r>
        <w:t>utrwalania</w:t>
      </w:r>
      <w:proofErr w:type="spellEnd"/>
      <w:r>
        <w:t xml:space="preserve"> wizerunku małoletniego (filmowanie, fotografowanie, nagrywanie głosu dziecka) na terenie placówki bez pisemnej zgody jego opiekuna.</w:t>
      </w:r>
    </w:p>
    <w:p w14:paraId="6C9682DD" w14:textId="6B7E67AE" w:rsidR="00F93C5D" w:rsidRDefault="00000000" w:rsidP="00166471">
      <w:pPr>
        <w:spacing w:after="60" w:line="240" w:lineRule="auto"/>
        <w:jc w:val="both"/>
      </w:pPr>
      <w:r>
        <w:lastRenderedPageBreak/>
        <w:t>10.</w:t>
      </w:r>
      <w:r w:rsidR="000B3AD1">
        <w:t xml:space="preserve"> </w:t>
      </w:r>
      <w:proofErr w:type="spellStart"/>
      <w:r>
        <w:t>Niedopuszczalne</w:t>
      </w:r>
      <w:proofErr w:type="spellEnd"/>
      <w:r>
        <w:t xml:space="preserve"> jest </w:t>
      </w:r>
      <w:proofErr w:type="spellStart"/>
      <w:r>
        <w:t>podanie</w:t>
      </w:r>
      <w:proofErr w:type="spellEnd"/>
      <w:r>
        <w:t xml:space="preserve"> </w:t>
      </w:r>
      <w:proofErr w:type="spellStart"/>
      <w:r>
        <w:t>przedstawicielowi</w:t>
      </w:r>
      <w:proofErr w:type="spellEnd"/>
      <w:r>
        <w:t xml:space="preserve"> </w:t>
      </w:r>
      <w:proofErr w:type="spellStart"/>
      <w:r>
        <w:t>mediów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kontaktowych</w:t>
      </w:r>
      <w:proofErr w:type="spellEnd"/>
      <w:r>
        <w:t xml:space="preserve"> do opiekuna małoletniego – bez wiedzy i zgody tego opiekuna.</w:t>
      </w:r>
    </w:p>
    <w:p w14:paraId="65275A22" w14:textId="56E8F490" w:rsidR="00F93C5D" w:rsidRDefault="00000000" w:rsidP="00166471">
      <w:pPr>
        <w:spacing w:after="60" w:line="240" w:lineRule="auto"/>
        <w:jc w:val="both"/>
      </w:pPr>
      <w:r>
        <w:t>11.</w:t>
      </w:r>
      <w:r w:rsidR="000B3AD1">
        <w:t xml:space="preserve"> </w:t>
      </w:r>
      <w:r>
        <w:t xml:space="preserve">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utrwalania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na zajęciach „otwartych”, „pokazowych”</w:t>
      </w:r>
    </w:p>
    <w:p w14:paraId="31B9C250" w14:textId="77777777" w:rsidR="00F93C5D" w:rsidRDefault="00000000" w:rsidP="00166471">
      <w:pPr>
        <w:spacing w:after="60" w:line="240" w:lineRule="auto"/>
        <w:jc w:val="both"/>
      </w:pPr>
      <w:r>
        <w:t>wymagana jest zgoda, jak w pkt 3.</w:t>
      </w:r>
    </w:p>
    <w:p w14:paraId="3E60497C" w14:textId="77777777" w:rsidR="00F93C5D" w:rsidRDefault="00F93C5D" w:rsidP="00166471">
      <w:pPr>
        <w:spacing w:after="60" w:line="240" w:lineRule="auto"/>
        <w:jc w:val="both"/>
      </w:pPr>
    </w:p>
    <w:p w14:paraId="0925440B" w14:textId="77777777" w:rsidR="00F93C5D" w:rsidRDefault="00000000" w:rsidP="00166471">
      <w:pPr>
        <w:spacing w:after="60" w:line="240" w:lineRule="auto"/>
        <w:jc w:val="both"/>
      </w:pPr>
      <w:r>
        <w:t xml:space="preserve">3.6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małoletnich</w:t>
      </w:r>
    </w:p>
    <w:p w14:paraId="75B002C1" w14:textId="77777777" w:rsidR="00F93C5D" w:rsidRDefault="00F93C5D" w:rsidP="00166471">
      <w:pPr>
        <w:spacing w:after="60" w:line="240" w:lineRule="auto"/>
        <w:jc w:val="both"/>
      </w:pPr>
    </w:p>
    <w:p w14:paraId="7C669F1E" w14:textId="5A83965A" w:rsidR="00F93C5D" w:rsidRDefault="00000000" w:rsidP="00166471">
      <w:pPr>
        <w:spacing w:after="60" w:line="240" w:lineRule="auto"/>
        <w:jc w:val="both"/>
      </w:pPr>
      <w:r>
        <w:t>1.</w:t>
      </w:r>
      <w:r w:rsidR="000B3AD1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wdrożono</w:t>
      </w:r>
      <w:proofErr w:type="spellEnd"/>
      <w:r>
        <w:t xml:space="preserve"> </w:t>
      </w:r>
      <w:proofErr w:type="spellStart"/>
      <w:r>
        <w:t>Politykę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danych osobowych osób fizycznych (pracowników, małoletnich, rodziców/ opiekunów) oraz powołano Inspektora Ochrony Danych Osobowych.</w:t>
      </w:r>
    </w:p>
    <w:p w14:paraId="07F34F97" w14:textId="005F7C99" w:rsidR="00F93C5D" w:rsidRDefault="00000000" w:rsidP="00166471">
      <w:pPr>
        <w:spacing w:after="60" w:line="240" w:lineRule="auto"/>
        <w:jc w:val="both"/>
      </w:pPr>
      <w:r>
        <w:t>2.</w:t>
      </w:r>
      <w:r w:rsidR="000B3AD1">
        <w:t xml:space="preserve"> </w:t>
      </w:r>
      <w:proofErr w:type="spellStart"/>
      <w:r>
        <w:t>Dokumentacja</w:t>
      </w:r>
      <w:proofErr w:type="spellEnd"/>
      <w:r>
        <w:t xml:space="preserve"> RODO </w:t>
      </w:r>
      <w:proofErr w:type="spellStart"/>
      <w:r>
        <w:t>została</w:t>
      </w:r>
      <w:proofErr w:type="spellEnd"/>
      <w:r>
        <w:t xml:space="preserve"> </w:t>
      </w:r>
      <w:proofErr w:type="spellStart"/>
      <w:r>
        <w:t>opracowana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wymogami</w:t>
      </w:r>
      <w:proofErr w:type="spellEnd"/>
      <w:r>
        <w:t xml:space="preserve"> </w:t>
      </w:r>
      <w:proofErr w:type="spellStart"/>
      <w:r>
        <w:t>rozporządzenia</w:t>
      </w:r>
      <w:proofErr w:type="spellEnd"/>
      <w:r>
        <w:t xml:space="preserve"> Parlamentu Europejskiego i Rady (UE) ne 2016/679 Europejskiego i Rady (UE) nr 2016/679                          z 27.04.2016 r. w sprawie ochrony osób fizycznych w związku z przetwarzaniem danych osobowych i w sprawie swobodnego przepływu takich danych oraz uchylenia dyrektywy 95/46/WE (ogólne rozporządzenie o ochronie danych) (Dz. Urz. UE L z 2016 r. 119, s. 1 ze zm.) oraz ustawy z dnia 10 maja 2018r. O ochronie danych osobowych z uwzględnieniem zasad:</w:t>
      </w:r>
    </w:p>
    <w:p w14:paraId="1C4119EA" w14:textId="77777777" w:rsidR="00F93C5D" w:rsidRDefault="00000000" w:rsidP="00166471">
      <w:pPr>
        <w:spacing w:after="60" w:line="240" w:lineRule="auto"/>
        <w:jc w:val="both"/>
      </w:pPr>
      <w:r>
        <w:t>a) zasady zgodności z prawem, rzetelności i przejrzystości,</w:t>
      </w:r>
    </w:p>
    <w:p w14:paraId="088BF97B" w14:textId="77777777" w:rsidR="00F93C5D" w:rsidRDefault="00000000" w:rsidP="00166471">
      <w:pPr>
        <w:spacing w:after="60" w:line="240" w:lineRule="auto"/>
        <w:jc w:val="both"/>
      </w:pPr>
      <w:r>
        <w:t>b) zasady ograniczenia celu przetwarzania danych,</w:t>
      </w:r>
    </w:p>
    <w:p w14:paraId="7CEEA47E" w14:textId="77777777" w:rsidR="00F93C5D" w:rsidRDefault="00000000" w:rsidP="00166471">
      <w:pPr>
        <w:spacing w:after="60" w:line="240" w:lineRule="auto"/>
        <w:jc w:val="both"/>
      </w:pPr>
      <w:r>
        <w:t>c) zasada minimalizacji danych,</w:t>
      </w:r>
    </w:p>
    <w:p w14:paraId="6A297A8B" w14:textId="77777777" w:rsidR="00F93C5D" w:rsidRDefault="00000000" w:rsidP="00166471">
      <w:pPr>
        <w:spacing w:after="60" w:line="240" w:lineRule="auto"/>
        <w:jc w:val="both"/>
      </w:pPr>
      <w:r>
        <w:t>d) zasada prawidłowości danych,</w:t>
      </w:r>
    </w:p>
    <w:p w14:paraId="544F219A" w14:textId="77777777" w:rsidR="00F93C5D" w:rsidRDefault="00000000" w:rsidP="00166471">
      <w:pPr>
        <w:spacing w:after="60" w:line="240" w:lineRule="auto"/>
        <w:jc w:val="both"/>
      </w:pPr>
      <w:r>
        <w:t>e) zasady ograniczenia przechowania danych,</w:t>
      </w:r>
    </w:p>
    <w:p w14:paraId="7AC8FB7D" w14:textId="77777777" w:rsidR="00F93C5D" w:rsidRDefault="00000000" w:rsidP="00166471">
      <w:pPr>
        <w:spacing w:after="60" w:line="240" w:lineRule="auto"/>
        <w:jc w:val="both"/>
      </w:pPr>
      <w:r>
        <w:t>f) zasady integralności i poufności danych,</w:t>
      </w:r>
    </w:p>
    <w:p w14:paraId="0B64F5DB" w14:textId="77777777" w:rsidR="00F93C5D" w:rsidRDefault="00000000" w:rsidP="00166471">
      <w:pPr>
        <w:spacing w:after="60" w:line="240" w:lineRule="auto"/>
        <w:jc w:val="both"/>
      </w:pPr>
      <w:r>
        <w:t>g) zasady rozliczalności.</w:t>
      </w:r>
    </w:p>
    <w:p w14:paraId="3B388762" w14:textId="0CB5FDC9" w:rsidR="00F93C5D" w:rsidRDefault="00000000" w:rsidP="00166471">
      <w:pPr>
        <w:spacing w:after="60" w:line="240" w:lineRule="auto"/>
        <w:jc w:val="both"/>
      </w:pPr>
      <w:r>
        <w:t>3.</w:t>
      </w:r>
      <w:r w:rsidR="000B3AD1">
        <w:t xml:space="preserve"> </w:t>
      </w:r>
      <w:proofErr w:type="spellStart"/>
      <w:r>
        <w:t>Osoby</w:t>
      </w:r>
      <w:proofErr w:type="spellEnd"/>
      <w:r>
        <w:t xml:space="preserve">  </w:t>
      </w:r>
      <w:proofErr w:type="spellStart"/>
      <w:r>
        <w:t>przetwarzające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ich </w:t>
      </w:r>
      <w:proofErr w:type="spellStart"/>
      <w:r>
        <w:t>rodziców</w:t>
      </w:r>
      <w:proofErr w:type="spellEnd"/>
      <w:r>
        <w:t>/ opiekunów prawnych posiadają upoważnienie do przetwarzania ich danych osobowych na podstawie RODO.</w:t>
      </w:r>
    </w:p>
    <w:p w14:paraId="02AE969E" w14:textId="6CC09D3D" w:rsidR="00F93C5D" w:rsidRDefault="00000000" w:rsidP="00166471">
      <w:pPr>
        <w:spacing w:after="60" w:line="240" w:lineRule="auto"/>
        <w:jc w:val="both"/>
      </w:pPr>
      <w:r>
        <w:t>4.</w:t>
      </w:r>
      <w:r w:rsidR="000B3AD1">
        <w:t xml:space="preserve"> </w:t>
      </w:r>
      <w:r>
        <w:t xml:space="preserve">Na </w:t>
      </w:r>
      <w:proofErr w:type="spellStart"/>
      <w:r>
        <w:t>potrzeby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w </w:t>
      </w:r>
      <w:proofErr w:type="spellStart"/>
      <w:r>
        <w:t>formach</w:t>
      </w:r>
      <w:proofErr w:type="spellEnd"/>
      <w:r>
        <w:t xml:space="preserve"> zdalnych (przekazywanie danych osobowych do SIO, organów upoważnionych do przetwarzania danych osobowych małoletnich) opracowano zasady ich przetwarzania oraz zasady zachowania bezpieczeństwa przetwarzania.</w:t>
      </w:r>
    </w:p>
    <w:p w14:paraId="7ED4E0F8" w14:textId="75689D1E" w:rsidR="00F93C5D" w:rsidRDefault="00000000" w:rsidP="00166471">
      <w:pPr>
        <w:spacing w:after="60" w:line="240" w:lineRule="auto"/>
        <w:jc w:val="both"/>
      </w:pPr>
      <w:r>
        <w:t>5.</w:t>
      </w:r>
      <w:r w:rsidR="000B3AD1">
        <w:t xml:space="preserve"> </w:t>
      </w:r>
      <w:proofErr w:type="spellStart"/>
      <w:r>
        <w:t>Każdy</w:t>
      </w:r>
      <w:proofErr w:type="spellEnd"/>
      <w:r>
        <w:t xml:space="preserve"> </w:t>
      </w:r>
      <w:proofErr w:type="spellStart"/>
      <w:r>
        <w:t>pracownik</w:t>
      </w:r>
      <w:proofErr w:type="spellEnd"/>
      <w:r>
        <w:t xml:space="preserve"> </w:t>
      </w:r>
      <w:proofErr w:type="spellStart"/>
      <w:r>
        <w:t>posiadający</w:t>
      </w:r>
      <w:proofErr w:type="spellEnd"/>
      <w:r>
        <w:t xml:space="preserve"> </w:t>
      </w:r>
      <w:proofErr w:type="spellStart"/>
      <w:r>
        <w:t>dostęp</w:t>
      </w:r>
      <w:proofErr w:type="spellEnd"/>
      <w:r>
        <w:t xml:space="preserve"> do danych osobowych złożył pisemne oświadczenie                        o znajomości Polityki bezpieczeństwa przetwarzania danych osobowych pod rygorem odpowiedzialności karnej i zobowiązanie do jej przestrzegania pod rygorem odpowiedzialności karnej.</w:t>
      </w:r>
    </w:p>
    <w:p w14:paraId="47C7856E" w14:textId="1366EC68" w:rsidR="00F93C5D" w:rsidRDefault="00000000" w:rsidP="00166471">
      <w:pPr>
        <w:spacing w:after="60" w:line="240" w:lineRule="auto"/>
        <w:jc w:val="both"/>
      </w:pPr>
      <w:r>
        <w:t>6.</w:t>
      </w:r>
      <w:r w:rsidR="000B3AD1">
        <w:t xml:space="preserve"> </w:t>
      </w:r>
      <w:proofErr w:type="spellStart"/>
      <w:r>
        <w:t>Rodzice</w:t>
      </w:r>
      <w:proofErr w:type="spellEnd"/>
      <w:r>
        <w:t xml:space="preserve">/ </w:t>
      </w:r>
      <w:proofErr w:type="spellStart"/>
      <w:r>
        <w:t>opiekunowie</w:t>
      </w:r>
      <w:proofErr w:type="spellEnd"/>
      <w:r>
        <w:t xml:space="preserve"> </w:t>
      </w:r>
      <w:proofErr w:type="spellStart"/>
      <w:r>
        <w:t>prawni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informowani</w:t>
      </w:r>
      <w:proofErr w:type="spellEnd"/>
      <w:r>
        <w:t xml:space="preserve"> o </w:t>
      </w:r>
      <w:proofErr w:type="spellStart"/>
      <w:r>
        <w:t>przetwarzaniu</w:t>
      </w:r>
      <w:proofErr w:type="spellEnd"/>
      <w:r>
        <w:t xml:space="preserve"> danych osobowych poprzez klauzule informacyjne.</w:t>
      </w:r>
    </w:p>
    <w:p w14:paraId="4C5696C4" w14:textId="7255B11F" w:rsidR="00F93C5D" w:rsidRDefault="00000000" w:rsidP="00166471">
      <w:pPr>
        <w:spacing w:after="60" w:line="240" w:lineRule="auto"/>
        <w:jc w:val="both"/>
      </w:pPr>
      <w:r>
        <w:t>7.</w:t>
      </w:r>
      <w:r w:rsidR="000B3AD1">
        <w:t xml:space="preserve"> </w:t>
      </w:r>
      <w:proofErr w:type="spellStart"/>
      <w:r>
        <w:t>Dyrektor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wdrożył</w:t>
      </w:r>
      <w:proofErr w:type="spellEnd"/>
      <w:r>
        <w:t xml:space="preserve"> </w:t>
      </w:r>
      <w:proofErr w:type="spellStart"/>
      <w:r>
        <w:t>odpowiednie</w:t>
      </w:r>
      <w:proofErr w:type="spellEnd"/>
      <w:r>
        <w:t xml:space="preserve"> </w:t>
      </w:r>
      <w:proofErr w:type="spellStart"/>
      <w:r>
        <w:t>środki</w:t>
      </w:r>
      <w:proofErr w:type="spellEnd"/>
      <w:r>
        <w:t xml:space="preserve"> </w:t>
      </w:r>
      <w:proofErr w:type="spellStart"/>
      <w:r>
        <w:t>techniczne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organizacyjne</w:t>
      </w:r>
      <w:proofErr w:type="spellEnd"/>
      <w:r>
        <w:t xml:space="preserve"> w celu zapewnienia bezpieczeństwa przetwarzania danych osobowych.</w:t>
      </w:r>
    </w:p>
    <w:p w14:paraId="30E2B3D2" w14:textId="2534656A" w:rsidR="00F93C5D" w:rsidRDefault="00000000" w:rsidP="00166471">
      <w:pPr>
        <w:spacing w:after="60" w:line="240" w:lineRule="auto"/>
        <w:jc w:val="both"/>
      </w:pPr>
      <w:r>
        <w:t>8.</w:t>
      </w:r>
      <w:r w:rsidR="000B3AD1">
        <w:t xml:space="preserve"> </w:t>
      </w:r>
      <w:r>
        <w:t xml:space="preserve">Dane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</w:t>
      </w:r>
      <w:proofErr w:type="spellStart"/>
      <w:r>
        <w:t>zarejestrowane</w:t>
      </w:r>
      <w:proofErr w:type="spellEnd"/>
      <w:r>
        <w:t xml:space="preserve"> w formie pisemnej (teczka dziecka oraz inna dokumentacja pisemna zawierająca dane osobowe małoletnich jest chroniona w zamykanych szafach z ograniczonym dostępem do pomieszczeń ich przechowywania (sekretariat, gabinety psychologa, pedagoga, archiwum Poradni).</w:t>
      </w:r>
    </w:p>
    <w:p w14:paraId="0419583C" w14:textId="7338D9C6" w:rsidR="00F93C5D" w:rsidRDefault="00000000" w:rsidP="00166471">
      <w:pPr>
        <w:spacing w:after="60" w:line="240" w:lineRule="auto"/>
        <w:jc w:val="both"/>
      </w:pPr>
      <w:r>
        <w:t>9.</w:t>
      </w:r>
      <w:r w:rsidR="000B3AD1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wdrożono</w:t>
      </w:r>
      <w:proofErr w:type="spellEnd"/>
      <w:r>
        <w:t xml:space="preserve"> </w:t>
      </w:r>
      <w:proofErr w:type="spellStart"/>
      <w:r>
        <w:t>odpowiednią</w:t>
      </w:r>
      <w:proofErr w:type="spellEnd"/>
      <w:r>
        <w:t xml:space="preserve"> </w:t>
      </w:r>
      <w:proofErr w:type="spellStart"/>
      <w:r>
        <w:t>procedurę</w:t>
      </w:r>
      <w:proofErr w:type="spellEnd"/>
      <w:r>
        <w:t xml:space="preserve"> postępowania na wypadek wystąpienia naruszenia ochrony danych osobowych.</w:t>
      </w:r>
    </w:p>
    <w:p w14:paraId="5B5A9A36" w14:textId="26C95D7A" w:rsidR="00F93C5D" w:rsidRDefault="00000000" w:rsidP="00166471">
      <w:pPr>
        <w:spacing w:after="60" w:line="240" w:lineRule="auto"/>
        <w:jc w:val="both"/>
      </w:pPr>
      <w:r>
        <w:t>10.</w:t>
      </w:r>
      <w:r w:rsidR="000B3AD1">
        <w:t xml:space="preserve"> </w:t>
      </w:r>
      <w:r>
        <w:t xml:space="preserve">Dane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</w:t>
      </w:r>
      <w:proofErr w:type="spellStart"/>
      <w:r>
        <w:t>udostępniane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wyłącznie podmiotom uprawnionym do ich uzyskania.</w:t>
      </w:r>
    </w:p>
    <w:p w14:paraId="3DDAEE19" w14:textId="1123A442" w:rsidR="00F93C5D" w:rsidRDefault="00000000" w:rsidP="00166471">
      <w:pPr>
        <w:spacing w:after="60" w:line="240" w:lineRule="auto"/>
        <w:jc w:val="both"/>
      </w:pPr>
      <w:r>
        <w:t>11.</w:t>
      </w:r>
      <w:r w:rsidR="000B3AD1">
        <w:t xml:space="preserve"> </w:t>
      </w:r>
      <w:r>
        <w:t xml:space="preserve">Dane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umieszczone</w:t>
      </w:r>
      <w:proofErr w:type="spellEnd"/>
      <w:r>
        <w:t xml:space="preserve"> w </w:t>
      </w:r>
      <w:proofErr w:type="spellStart"/>
      <w:r>
        <w:t>Niebieskiej</w:t>
      </w:r>
      <w:proofErr w:type="spellEnd"/>
      <w:r>
        <w:t xml:space="preserve"> Karcie „A” udostępniane są zespołowi</w:t>
      </w:r>
    </w:p>
    <w:p w14:paraId="12ECFED1" w14:textId="77777777" w:rsidR="00F93C5D" w:rsidRDefault="00000000" w:rsidP="00166471">
      <w:pPr>
        <w:spacing w:after="60" w:line="240" w:lineRule="auto"/>
        <w:jc w:val="both"/>
      </w:pPr>
      <w:r>
        <w:lastRenderedPageBreak/>
        <w:t>interdyscyplinarnemu, powołanemu w trybie ustawy z dnia 9 marca 2023 r. o zmianie ustawy o przeciwdziałaniu przemocy domowej.</w:t>
      </w:r>
    </w:p>
    <w:p w14:paraId="28F84137" w14:textId="77777777" w:rsidR="00F93C5D" w:rsidRDefault="00F93C5D" w:rsidP="00166471">
      <w:pPr>
        <w:spacing w:after="60" w:line="240" w:lineRule="auto"/>
        <w:jc w:val="both"/>
      </w:pPr>
    </w:p>
    <w:p w14:paraId="56EA91AD" w14:textId="77777777" w:rsidR="00F93C5D" w:rsidRDefault="00F93C5D" w:rsidP="00166471">
      <w:pPr>
        <w:spacing w:after="60" w:line="240" w:lineRule="auto"/>
        <w:jc w:val="both"/>
      </w:pPr>
    </w:p>
    <w:p w14:paraId="7FE38A9C" w14:textId="77777777" w:rsidR="00F93C5D" w:rsidRDefault="00000000" w:rsidP="00166471">
      <w:pPr>
        <w:spacing w:after="60" w:line="240" w:lineRule="auto"/>
        <w:jc w:val="both"/>
      </w:pPr>
      <w:r>
        <w:rPr>
          <w:b/>
        </w:rPr>
        <w:t>Rozdział 4</w:t>
      </w:r>
    </w:p>
    <w:p w14:paraId="57499109" w14:textId="77777777" w:rsidR="00F93C5D" w:rsidRDefault="00F93C5D" w:rsidP="00166471">
      <w:pPr>
        <w:spacing w:after="60" w:line="240" w:lineRule="auto"/>
        <w:jc w:val="both"/>
      </w:pPr>
    </w:p>
    <w:p w14:paraId="3C4DE49B" w14:textId="77777777" w:rsidR="00F93C5D" w:rsidRDefault="00000000" w:rsidP="00166471">
      <w:pPr>
        <w:spacing w:after="60" w:line="240" w:lineRule="auto"/>
        <w:jc w:val="both"/>
      </w:pPr>
      <w:r>
        <w:t>ZASADY I PROCEDURY PODEJMOWANIA INTERWENCJI W SYTUACJI</w:t>
      </w:r>
    </w:p>
    <w:p w14:paraId="1347DC16" w14:textId="77777777" w:rsidR="00F93C5D" w:rsidRDefault="00000000" w:rsidP="00166471">
      <w:pPr>
        <w:spacing w:after="60" w:line="240" w:lineRule="auto"/>
        <w:jc w:val="both"/>
      </w:pPr>
      <w:r>
        <w:t>PODEJRZENIA KRZYWDZENIA LUB KRZYWDZENIA MAŁOLETNIEGO</w:t>
      </w:r>
    </w:p>
    <w:p w14:paraId="46D3004C" w14:textId="77777777" w:rsidR="00F93C5D" w:rsidRDefault="00F93C5D" w:rsidP="00166471">
      <w:pPr>
        <w:spacing w:after="60" w:line="240" w:lineRule="auto"/>
        <w:jc w:val="both"/>
      </w:pPr>
    </w:p>
    <w:p w14:paraId="704603B2" w14:textId="02565D73" w:rsidR="00F93C5D" w:rsidRPr="000B3AD1" w:rsidRDefault="00000000" w:rsidP="00166471">
      <w:pPr>
        <w:spacing w:after="60" w:line="240" w:lineRule="auto"/>
        <w:jc w:val="both"/>
        <w:rPr>
          <w:sz w:val="22"/>
        </w:rPr>
      </w:pPr>
      <w:r>
        <w:t>1.</w:t>
      </w:r>
      <w:r w:rsidR="000B3AD1">
        <w:t xml:space="preserve"> </w:t>
      </w:r>
      <w:proofErr w:type="spellStart"/>
      <w:r w:rsidRPr="000B3AD1">
        <w:rPr>
          <w:szCs w:val="24"/>
        </w:rPr>
        <w:t>Każdy</w:t>
      </w:r>
      <w:proofErr w:type="spellEnd"/>
      <w:r w:rsidRPr="000B3AD1">
        <w:rPr>
          <w:szCs w:val="24"/>
        </w:rPr>
        <w:t xml:space="preserve"> </w:t>
      </w:r>
      <w:proofErr w:type="spellStart"/>
      <w:r w:rsidRPr="000B3AD1">
        <w:rPr>
          <w:szCs w:val="24"/>
        </w:rPr>
        <w:t>małoletni</w:t>
      </w:r>
      <w:proofErr w:type="spellEnd"/>
      <w:r w:rsidRPr="000B3AD1">
        <w:rPr>
          <w:szCs w:val="24"/>
        </w:rPr>
        <w:t xml:space="preserve"> </w:t>
      </w:r>
      <w:proofErr w:type="spellStart"/>
      <w:r w:rsidRPr="000B3AD1">
        <w:rPr>
          <w:szCs w:val="24"/>
        </w:rPr>
        <w:t>będący</w:t>
      </w:r>
      <w:proofErr w:type="spellEnd"/>
      <w:r w:rsidRPr="000B3AD1">
        <w:rPr>
          <w:szCs w:val="24"/>
        </w:rPr>
        <w:t xml:space="preserve"> </w:t>
      </w:r>
      <w:proofErr w:type="spellStart"/>
      <w:r w:rsidRPr="000B3AD1">
        <w:rPr>
          <w:szCs w:val="24"/>
        </w:rPr>
        <w:t>klientem</w:t>
      </w:r>
      <w:proofErr w:type="spellEnd"/>
      <w:r w:rsidRPr="000B3AD1">
        <w:rPr>
          <w:szCs w:val="24"/>
        </w:rPr>
        <w:t xml:space="preserve"> Poradni może zgłosić ustnie lub pisemnie, dowolnemu pracownikowi Poradni, do którego ma zaufanie, fakt stosowania wobec niego przemocy lub inne zdarzenie zagrażające jego bezpieczeństwu.</w:t>
      </w:r>
      <w:r w:rsidRPr="000B3AD1">
        <w:rPr>
          <w:sz w:val="22"/>
        </w:rPr>
        <w:t xml:space="preserve"> </w:t>
      </w:r>
    </w:p>
    <w:p w14:paraId="4908AD50" w14:textId="646E04B6" w:rsidR="00F93C5D" w:rsidRDefault="00000000" w:rsidP="00166471">
      <w:pPr>
        <w:spacing w:after="60" w:line="240" w:lineRule="auto"/>
        <w:jc w:val="both"/>
      </w:pPr>
      <w:r>
        <w:t>2.</w:t>
      </w:r>
      <w:r w:rsidR="00731476">
        <w:t xml:space="preserve"> </w:t>
      </w:r>
      <w:r>
        <w:t xml:space="preserve">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</w:t>
      </w:r>
      <w:proofErr w:type="spellStart"/>
      <w:r>
        <w:t>obcojęzycznego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mającego trudności w mowie i piśmie, osoba, do której zgłosił się małoletni zapewnia pomoc w nawiązaniu komunikacji poprzez skorzystanie z pomocy osoby władającej językiem obcym lub zapewnia komunikację                  w innych formach, np. poprzez wykorzystanie alternatywnych i wspomagających metod komunikacji.</w:t>
      </w:r>
    </w:p>
    <w:p w14:paraId="6CEDB465" w14:textId="7F4911ED" w:rsidR="00F93C5D" w:rsidRDefault="00000000" w:rsidP="00166471">
      <w:pPr>
        <w:spacing w:after="60" w:line="240" w:lineRule="auto"/>
        <w:jc w:val="both"/>
      </w:pPr>
      <w:r>
        <w:t>3.</w:t>
      </w:r>
      <w:r w:rsidR="00731476">
        <w:t xml:space="preserve"> </w:t>
      </w:r>
      <w:r>
        <w:t xml:space="preserve">Osoba, </w:t>
      </w:r>
      <w:proofErr w:type="spellStart"/>
      <w:r>
        <w:t>która</w:t>
      </w:r>
      <w:proofErr w:type="spellEnd"/>
      <w:r>
        <w:t xml:space="preserve"> </w:t>
      </w:r>
      <w:proofErr w:type="spellStart"/>
      <w:r>
        <w:t>powzięła</w:t>
      </w:r>
      <w:proofErr w:type="spellEnd"/>
      <w:r>
        <w:t xml:space="preserve"> </w:t>
      </w:r>
      <w:proofErr w:type="spellStart"/>
      <w:r>
        <w:t>informację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krzywdzonego podejmuje w pierwszej kolejności działania mające na celu zatrzymanie krzywdzenia.</w:t>
      </w:r>
    </w:p>
    <w:p w14:paraId="762E7AD4" w14:textId="41D99619" w:rsidR="00F93C5D" w:rsidRDefault="00000000" w:rsidP="00166471">
      <w:pPr>
        <w:spacing w:after="60" w:line="240" w:lineRule="auto"/>
        <w:jc w:val="both"/>
      </w:pPr>
      <w:r>
        <w:t>4.</w:t>
      </w:r>
      <w:r w:rsidR="00731476">
        <w:t xml:space="preserve"> </w:t>
      </w:r>
      <w:r>
        <w:t xml:space="preserve">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zagrożenia</w:t>
      </w:r>
      <w:proofErr w:type="spellEnd"/>
      <w:r>
        <w:t xml:space="preserve"> </w:t>
      </w:r>
      <w:proofErr w:type="spellStart"/>
      <w:r>
        <w:t>życia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zawiadamia w trybie pilnym odpowiednie służby porządkowe – Policję i pogotowie ratunkowe.</w:t>
      </w:r>
    </w:p>
    <w:p w14:paraId="702B05D5" w14:textId="26A46132" w:rsidR="00F93C5D" w:rsidRDefault="00000000" w:rsidP="00166471">
      <w:pPr>
        <w:spacing w:after="60" w:line="240" w:lineRule="auto"/>
        <w:jc w:val="both"/>
      </w:pPr>
      <w:r>
        <w:t>5.</w:t>
      </w:r>
      <w:r w:rsidR="00731476">
        <w:t xml:space="preserve"> </w:t>
      </w:r>
      <w:proofErr w:type="spellStart"/>
      <w:r>
        <w:t>Każdy</w:t>
      </w:r>
      <w:proofErr w:type="spellEnd"/>
      <w:r>
        <w:t xml:space="preserve"> </w:t>
      </w:r>
      <w:proofErr w:type="spellStart"/>
      <w:r>
        <w:t>pracownik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, </w:t>
      </w:r>
      <w:proofErr w:type="spellStart"/>
      <w:r>
        <w:t>który</w:t>
      </w:r>
      <w:proofErr w:type="spellEnd"/>
      <w:r>
        <w:t xml:space="preserve"> </w:t>
      </w:r>
      <w:proofErr w:type="spellStart"/>
      <w:r>
        <w:t>zauważy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podejrzewa</w:t>
      </w:r>
      <w:proofErr w:type="spellEnd"/>
      <w:r>
        <w:t xml:space="preserve"> u małoletniego symptomy krzywdzenia w trybie pilnym przekazuje informację o zaobserwowanym zdarzeniu dyrektorowi poradni, dołączając pisemną notatkę zawierającą istotne informacje.</w:t>
      </w:r>
    </w:p>
    <w:p w14:paraId="3D8BAF18" w14:textId="04DE1F31" w:rsidR="00F93C5D" w:rsidRDefault="00000000" w:rsidP="00166471">
      <w:pPr>
        <w:spacing w:after="60" w:line="240" w:lineRule="auto"/>
        <w:jc w:val="both"/>
      </w:pPr>
      <w:r>
        <w:t>6.</w:t>
      </w:r>
      <w:r w:rsidR="00731476">
        <w:t xml:space="preserve"> </w:t>
      </w:r>
      <w:proofErr w:type="spellStart"/>
      <w:r>
        <w:t>Dyrektor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koordynator</w:t>
      </w:r>
      <w:proofErr w:type="spellEnd"/>
      <w:r>
        <w:t xml:space="preserve"> d/s „Standardów ochrony małoletnich” lub osoba wyznaczona przez dyrektora poradni:</w:t>
      </w:r>
    </w:p>
    <w:p w14:paraId="32C90928" w14:textId="77777777" w:rsidR="00F93C5D" w:rsidRDefault="00000000" w:rsidP="00166471">
      <w:pPr>
        <w:spacing w:after="60" w:line="240" w:lineRule="auto"/>
        <w:jc w:val="both"/>
      </w:pPr>
      <w:r>
        <w:t>a) wzywa opiekunów małoletniego i informuje ich o podejrzeniu krzywdzenia dziecka,</w:t>
      </w:r>
    </w:p>
    <w:p w14:paraId="65710A69" w14:textId="77777777" w:rsidR="00F93C5D" w:rsidRDefault="00000000" w:rsidP="00166471">
      <w:pPr>
        <w:spacing w:after="60" w:line="240" w:lineRule="auto"/>
        <w:jc w:val="both"/>
      </w:pPr>
      <w:r>
        <w:t>b) sporządza opis sytuacji szkolnej/ przedszkolnej/ żłobkowej i rodzinnej dziecka na podstawie dostępnych źródeł informacji oraz plan pomocy dziecku. Plan pomocy dziecku powinien zawierać wskazania dotyczące: podjęcia przez placówkę działań w celu zapewnienia dziecku bezpieczeństwa, w tym zgłoszenie podejrzenia krzywdzenia do odpowiedniej placówki; wsparcia, jakie placówka zaoferuje dziecku; skierowania dziecka do specjalistycznej placówki pomocy dziecku, jeżeli istnieje taka potrzeba.</w:t>
      </w:r>
    </w:p>
    <w:p w14:paraId="3CA957E7" w14:textId="77777777" w:rsidR="00F93C5D" w:rsidRDefault="00000000" w:rsidP="00166471">
      <w:pPr>
        <w:spacing w:after="60" w:line="240" w:lineRule="auto"/>
        <w:jc w:val="both"/>
      </w:pPr>
      <w:r>
        <w:t>c) w uzasadnionych przypadkach zgłasza fakt krzywdzenia/ podejrzenie krzywdzenia odpowiedniej instytucji (Policja, Sąd Rodzinny, wszczęcie procedury „Niebieskiej Karty”),</w:t>
      </w:r>
    </w:p>
    <w:p w14:paraId="479E1920" w14:textId="77777777" w:rsidR="00F93C5D" w:rsidRDefault="00000000" w:rsidP="00166471">
      <w:pPr>
        <w:spacing w:after="60" w:line="240" w:lineRule="auto"/>
        <w:jc w:val="both"/>
      </w:pPr>
      <w:r>
        <w:t>d) w razie potrzeby zwołuje spotkanie zespołu interdyscyplinarnego, w którego skład mogą wchodzić: funkcjonariusze Policji, pracownicy MOPR, placówki edukacyjnej, do której uczęszcza dziecko, innej stosownej do sytuacji placówki celem ustalenia dalszego wsparcia krzywdzonemu małoletniemu i jego rodzinie.</w:t>
      </w:r>
    </w:p>
    <w:p w14:paraId="1736C329" w14:textId="597080CD" w:rsidR="00F93C5D" w:rsidRDefault="00000000" w:rsidP="00166471">
      <w:pPr>
        <w:spacing w:after="60" w:line="240" w:lineRule="auto"/>
        <w:jc w:val="both"/>
      </w:pPr>
      <w:r>
        <w:t>7.</w:t>
      </w:r>
      <w:r w:rsidR="00731476">
        <w:t xml:space="preserve"> </w:t>
      </w:r>
      <w:r>
        <w:t xml:space="preserve">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podejrzenia</w:t>
      </w:r>
      <w:proofErr w:type="spellEnd"/>
      <w:r>
        <w:t>/</w:t>
      </w:r>
      <w:proofErr w:type="spellStart"/>
      <w:r>
        <w:t>stwierdzenia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przez pracownika poradni osoba, która powzięła taką wiedzę powinna niezwłocznie poinformować o tym dyrektora poradni. Dyrektor poradni wzywa opiekunów małoletniego i informuje ich o podejrzeniu krzywdzenia dziecka. W uzasadnionych przypadkach powiadamia odpowiednie instytucje (Policja) oraz postępuje zgodnie z Art. 75 Ustawy z dnia 26 stycznia 1982 r. – Karta Nauczyciela (Dz.U. z 2023 r. poz. 984 ze zm.) – zawiadamia rzecznika dyscyplinarnego.</w:t>
      </w:r>
    </w:p>
    <w:p w14:paraId="2AE9A9E7" w14:textId="3D868988" w:rsidR="00F93C5D" w:rsidRDefault="00000000" w:rsidP="00166471">
      <w:pPr>
        <w:spacing w:after="60" w:line="240" w:lineRule="auto"/>
        <w:jc w:val="both"/>
      </w:pPr>
      <w:r>
        <w:lastRenderedPageBreak/>
        <w:t>8.</w:t>
      </w:r>
      <w:r w:rsidR="00731476">
        <w:t xml:space="preserve"> </w:t>
      </w:r>
      <w:proofErr w:type="spellStart"/>
      <w:r>
        <w:t>Wszyscy</w:t>
      </w:r>
      <w:proofErr w:type="spellEnd"/>
      <w:r>
        <w:t xml:space="preserve"> </w:t>
      </w:r>
      <w:proofErr w:type="spellStart"/>
      <w:r>
        <w:t>pracownicy</w:t>
      </w:r>
      <w:proofErr w:type="spellEnd"/>
      <w:r>
        <w:t xml:space="preserve"> </w:t>
      </w:r>
      <w:proofErr w:type="spellStart"/>
      <w:r>
        <w:t>placówki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, </w:t>
      </w:r>
      <w:proofErr w:type="spellStart"/>
      <w:r>
        <w:t>które</w:t>
      </w:r>
      <w:proofErr w:type="spellEnd"/>
      <w:r>
        <w:t xml:space="preserve"> w związku z wykonywaniem obowiązków służbowych podjęły informację o krzywdzeniu dziecka lub informacje z tym związane, są zobowiązane do zachowania tych informacji w tajemnicy, wyłączając informacje przekazywane uprawnionym instytucjom w ramach działań interwencyjnych.</w:t>
      </w:r>
    </w:p>
    <w:p w14:paraId="6127CA9F" w14:textId="77777777" w:rsidR="00F93C5D" w:rsidRDefault="00F93C5D" w:rsidP="00166471">
      <w:pPr>
        <w:spacing w:after="60" w:line="240" w:lineRule="auto"/>
        <w:jc w:val="both"/>
      </w:pPr>
    </w:p>
    <w:p w14:paraId="7B4191CF" w14:textId="77777777" w:rsidR="00F93C5D" w:rsidRDefault="00000000" w:rsidP="00166471">
      <w:pPr>
        <w:spacing w:after="60" w:line="240" w:lineRule="auto"/>
        <w:jc w:val="both"/>
      </w:pPr>
      <w:proofErr w:type="spellStart"/>
      <w:r>
        <w:rPr>
          <w:b/>
        </w:rPr>
        <w:t>Rozdział</w:t>
      </w:r>
      <w:proofErr w:type="spellEnd"/>
      <w:r>
        <w:rPr>
          <w:b/>
        </w:rPr>
        <w:t xml:space="preserve"> 5</w:t>
      </w:r>
    </w:p>
    <w:p w14:paraId="1D83B002" w14:textId="77777777" w:rsidR="00F93C5D" w:rsidRDefault="00F93C5D" w:rsidP="00166471">
      <w:pPr>
        <w:spacing w:after="60" w:line="240" w:lineRule="auto"/>
        <w:jc w:val="both"/>
      </w:pPr>
    </w:p>
    <w:p w14:paraId="6003EF4D" w14:textId="77777777" w:rsidR="00F93C5D" w:rsidRDefault="00000000" w:rsidP="00166471">
      <w:pPr>
        <w:spacing w:after="60" w:line="240" w:lineRule="auto"/>
        <w:jc w:val="both"/>
      </w:pPr>
      <w:r>
        <w:t xml:space="preserve">ORGANIZACJA PROCESU OCHRONY MAŁOLETNICH W PORADNI </w:t>
      </w:r>
    </w:p>
    <w:p w14:paraId="12004E1E" w14:textId="77777777" w:rsidR="00F93C5D" w:rsidRDefault="00000000" w:rsidP="00166471">
      <w:pPr>
        <w:spacing w:after="60" w:line="240" w:lineRule="auto"/>
        <w:jc w:val="both"/>
      </w:pPr>
      <w:r>
        <w:t>I WDRAŻANIA STANDARDÓW OCHRONY MAŁOLETNICH</w:t>
      </w:r>
    </w:p>
    <w:p w14:paraId="30C19304" w14:textId="77777777" w:rsidR="00F93C5D" w:rsidRDefault="00F93C5D" w:rsidP="00166471">
      <w:pPr>
        <w:spacing w:after="60" w:line="240" w:lineRule="auto"/>
        <w:jc w:val="both"/>
      </w:pPr>
    </w:p>
    <w:p w14:paraId="0D31CA30" w14:textId="3C6C712C" w:rsidR="00F93C5D" w:rsidRDefault="00000000" w:rsidP="00166471">
      <w:pPr>
        <w:spacing w:after="60" w:line="240" w:lineRule="auto"/>
        <w:jc w:val="both"/>
      </w:pPr>
      <w:r>
        <w:t>1.</w:t>
      </w:r>
      <w:r w:rsidR="00731476">
        <w:t xml:space="preserve"> </w:t>
      </w:r>
      <w:proofErr w:type="spellStart"/>
      <w:r>
        <w:t>Osobą</w:t>
      </w:r>
      <w:proofErr w:type="spellEnd"/>
      <w:r>
        <w:t xml:space="preserve"> </w:t>
      </w:r>
      <w:proofErr w:type="spellStart"/>
      <w:r>
        <w:t>odpowiedzialną</w:t>
      </w:r>
      <w:proofErr w:type="spellEnd"/>
      <w:r>
        <w:t xml:space="preserve"> za </w:t>
      </w:r>
      <w:proofErr w:type="spellStart"/>
      <w:r>
        <w:t>przygotowanie</w:t>
      </w:r>
      <w:proofErr w:type="spellEnd"/>
      <w:r>
        <w:t xml:space="preserve"> </w:t>
      </w:r>
      <w:proofErr w:type="spellStart"/>
      <w:r>
        <w:t>personelu</w:t>
      </w:r>
      <w:proofErr w:type="spellEnd"/>
      <w:r>
        <w:t xml:space="preserve"> do </w:t>
      </w:r>
      <w:proofErr w:type="spellStart"/>
      <w:r>
        <w:t>stosowania</w:t>
      </w:r>
      <w:proofErr w:type="spellEnd"/>
      <w:r>
        <w:t xml:space="preserve"> </w:t>
      </w:r>
      <w:proofErr w:type="spellStart"/>
      <w:r>
        <w:t>Standardów</w:t>
      </w:r>
      <w:proofErr w:type="spellEnd"/>
      <w:r>
        <w:t xml:space="preserve"> jest dyrektor</w:t>
      </w:r>
    </w:p>
    <w:p w14:paraId="4A263CB9" w14:textId="77777777" w:rsidR="00F93C5D" w:rsidRDefault="00000000" w:rsidP="00166471">
      <w:pPr>
        <w:spacing w:after="60" w:line="240" w:lineRule="auto"/>
        <w:jc w:val="both"/>
      </w:pPr>
      <w:proofErr w:type="spellStart"/>
      <w:r>
        <w:t>poradni</w:t>
      </w:r>
      <w:proofErr w:type="spellEnd"/>
      <w:r>
        <w:t>.</w:t>
      </w:r>
    </w:p>
    <w:p w14:paraId="37F46245" w14:textId="283B3DD5" w:rsidR="00F93C5D" w:rsidRDefault="00000000" w:rsidP="00166471">
      <w:pPr>
        <w:spacing w:after="60" w:line="240" w:lineRule="auto"/>
        <w:jc w:val="both"/>
      </w:pPr>
      <w:r>
        <w:t>2.</w:t>
      </w:r>
      <w:r w:rsidR="00731476">
        <w:t xml:space="preserve"> </w:t>
      </w:r>
      <w:proofErr w:type="spellStart"/>
      <w:r>
        <w:t>Wszyscy</w:t>
      </w:r>
      <w:proofErr w:type="spellEnd"/>
      <w:r>
        <w:t xml:space="preserve"> </w:t>
      </w:r>
      <w:proofErr w:type="spellStart"/>
      <w:r>
        <w:t>pracownicy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zostali</w:t>
      </w:r>
      <w:proofErr w:type="spellEnd"/>
      <w:r>
        <w:t xml:space="preserve"> </w:t>
      </w:r>
      <w:proofErr w:type="spellStart"/>
      <w:r>
        <w:t>przeszkoleni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treści</w:t>
      </w:r>
      <w:proofErr w:type="spellEnd"/>
      <w:r>
        <w:t xml:space="preserve"> dokumentu, zasad organizacyjnych wspierania i ochrony małoletnich, standardów obowiązujących w Poradni w zakresie ochrony małoletnich, postępowania w sytuacji krzywdzenia.</w:t>
      </w:r>
    </w:p>
    <w:p w14:paraId="356ABB79" w14:textId="71657714" w:rsidR="00F93C5D" w:rsidRDefault="00000000" w:rsidP="00166471">
      <w:pPr>
        <w:spacing w:after="60" w:line="240" w:lineRule="auto"/>
        <w:jc w:val="both"/>
      </w:pPr>
      <w:r>
        <w:t>3.</w:t>
      </w:r>
      <w:r w:rsidR="00731476">
        <w:t xml:space="preserve"> </w:t>
      </w:r>
      <w:proofErr w:type="spellStart"/>
      <w:r>
        <w:t>Przygotowanie</w:t>
      </w:r>
      <w:proofErr w:type="spellEnd"/>
      <w:r>
        <w:t xml:space="preserve"> </w:t>
      </w:r>
      <w:proofErr w:type="spellStart"/>
      <w:r>
        <w:t>personelu</w:t>
      </w:r>
      <w:proofErr w:type="spellEnd"/>
      <w:r>
        <w:t xml:space="preserve"> </w:t>
      </w:r>
      <w:proofErr w:type="spellStart"/>
      <w:r>
        <w:t>polega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pogłębianiu</w:t>
      </w:r>
      <w:proofErr w:type="spellEnd"/>
      <w:r>
        <w:t xml:space="preserve"> </w:t>
      </w:r>
      <w:proofErr w:type="spellStart"/>
      <w:r>
        <w:t>wiedzy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umiejętności rozpoznawania krzywdzenia, objawów, identyfikacji ryzyka krzywdzenia i podejmowania, zgodnie z prawem, właściwych działań a także wiedzy z zakresu odpowiedzialności prawnej w przypadku zaniechania postępowania w celu ochrony i wsparcia małoletnich. Zakres szkoleń ustalany jest na podstawie wyników diagnozy potrzeb pracowników w tym zakresie.</w:t>
      </w:r>
    </w:p>
    <w:p w14:paraId="5AA6D298" w14:textId="317BB8E1" w:rsidR="00F93C5D" w:rsidRDefault="00000000" w:rsidP="00166471">
      <w:pPr>
        <w:spacing w:after="60" w:line="240" w:lineRule="auto"/>
        <w:jc w:val="both"/>
      </w:pPr>
      <w:r>
        <w:t>4.</w:t>
      </w:r>
      <w:r w:rsidR="00F97513">
        <w:t xml:space="preserve"> </w:t>
      </w:r>
      <w:proofErr w:type="spellStart"/>
      <w:r>
        <w:t>Dyrektor</w:t>
      </w:r>
      <w:proofErr w:type="spellEnd"/>
      <w:r>
        <w:t xml:space="preserve"> </w:t>
      </w:r>
      <w:proofErr w:type="spellStart"/>
      <w:r>
        <w:t>wyznacza</w:t>
      </w:r>
      <w:proofErr w:type="spellEnd"/>
      <w:r>
        <w:t xml:space="preserve"> </w:t>
      </w:r>
      <w:proofErr w:type="spellStart"/>
      <w:r>
        <w:t>Bożenę</w:t>
      </w:r>
      <w:proofErr w:type="spellEnd"/>
      <w:r>
        <w:t xml:space="preserve"> </w:t>
      </w:r>
      <w:proofErr w:type="spellStart"/>
      <w:r>
        <w:t>Wilczewską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koordynatora</w:t>
      </w:r>
      <w:proofErr w:type="spellEnd"/>
      <w:r>
        <w:t xml:space="preserve"> d/s „</w:t>
      </w:r>
      <w:proofErr w:type="spellStart"/>
      <w:r>
        <w:t>Standardów</w:t>
      </w:r>
      <w:proofErr w:type="spellEnd"/>
      <w:r>
        <w:t xml:space="preserve"> ochrony małoletnich” - osobę odpowiedzialną za monitorowanie realizowania „Standardów ochrony małoletnich” w Poradni Psychologiczno – Pedagogicznej Nr 1 w Gdańsku.</w:t>
      </w:r>
    </w:p>
    <w:p w14:paraId="4597E85D" w14:textId="5C5E7225" w:rsidR="00F93C5D" w:rsidRDefault="00000000" w:rsidP="00166471">
      <w:pPr>
        <w:spacing w:after="60" w:line="240" w:lineRule="auto"/>
        <w:jc w:val="both"/>
      </w:pPr>
      <w:r>
        <w:t>5.</w:t>
      </w:r>
      <w:r w:rsidR="00F97513">
        <w:t xml:space="preserve"> </w:t>
      </w:r>
      <w:proofErr w:type="spellStart"/>
      <w:r>
        <w:t>Osobami</w:t>
      </w:r>
      <w:proofErr w:type="spellEnd"/>
      <w:r>
        <w:t xml:space="preserve"> </w:t>
      </w:r>
      <w:proofErr w:type="spellStart"/>
      <w:r>
        <w:t>odpowiedzialnymi</w:t>
      </w:r>
      <w:proofErr w:type="spellEnd"/>
      <w:r>
        <w:t xml:space="preserve"> za </w:t>
      </w:r>
      <w:proofErr w:type="spellStart"/>
      <w:r>
        <w:t>przyjmowanie</w:t>
      </w:r>
      <w:proofErr w:type="spellEnd"/>
      <w:r>
        <w:t xml:space="preserve"> </w:t>
      </w:r>
      <w:proofErr w:type="spellStart"/>
      <w:r>
        <w:t>zgłoszeń</w:t>
      </w:r>
      <w:proofErr w:type="spellEnd"/>
      <w:r>
        <w:t xml:space="preserve"> o </w:t>
      </w:r>
      <w:proofErr w:type="spellStart"/>
      <w:r>
        <w:t>zdarzeniach</w:t>
      </w:r>
      <w:proofErr w:type="spellEnd"/>
      <w:r>
        <w:t xml:space="preserve"> </w:t>
      </w:r>
      <w:proofErr w:type="spellStart"/>
      <w:r>
        <w:t>podejrzenia</w:t>
      </w:r>
      <w:proofErr w:type="spellEnd"/>
      <w:r>
        <w:t xml:space="preserve"> krzywdzenia lub krzywdzenia małoletnich są wszyscy pracownicy Poradni mający kontakt z małoletnimi i ich opiekunami. Postępują oni zgodnie z </w:t>
      </w:r>
      <w:proofErr w:type="spellStart"/>
      <w:r>
        <w:t>procedurami</w:t>
      </w:r>
      <w:proofErr w:type="spellEnd"/>
      <w:r>
        <w:t xml:space="preserve"> </w:t>
      </w:r>
      <w:proofErr w:type="spellStart"/>
      <w:r>
        <w:t>opisanymi</w:t>
      </w:r>
      <w:proofErr w:type="spellEnd"/>
      <w:r>
        <w:t xml:space="preserve"> w </w:t>
      </w:r>
      <w:proofErr w:type="spellStart"/>
      <w:r>
        <w:t>rozdziale</w:t>
      </w:r>
      <w:proofErr w:type="spellEnd"/>
      <w:r>
        <w:t xml:space="preserve"> 4 </w:t>
      </w:r>
      <w:proofErr w:type="spellStart"/>
      <w:r>
        <w:t>niniejszego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>.</w:t>
      </w:r>
    </w:p>
    <w:p w14:paraId="6FBA0017" w14:textId="7C3DB5FF" w:rsidR="00F93C5D" w:rsidRDefault="00000000" w:rsidP="00166471">
      <w:pPr>
        <w:spacing w:after="60" w:line="240" w:lineRule="auto"/>
        <w:jc w:val="both"/>
      </w:pPr>
      <w:r>
        <w:t>6.</w:t>
      </w:r>
      <w:r w:rsidR="00F97513"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każdego</w:t>
      </w:r>
      <w:proofErr w:type="spellEnd"/>
      <w:r>
        <w:t xml:space="preserve"> </w:t>
      </w:r>
      <w:proofErr w:type="spellStart"/>
      <w:r>
        <w:t>zdarzenia</w:t>
      </w:r>
      <w:proofErr w:type="spellEnd"/>
      <w:r>
        <w:t xml:space="preserve"> </w:t>
      </w:r>
      <w:proofErr w:type="spellStart"/>
      <w:r>
        <w:t>podejrzenia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 xml:space="preserve"> zakładana jest</w:t>
      </w:r>
    </w:p>
    <w:p w14:paraId="4DA2570F" w14:textId="77777777" w:rsidR="00F93C5D" w:rsidRDefault="00000000" w:rsidP="00166471">
      <w:pPr>
        <w:spacing w:after="60" w:line="240" w:lineRule="auto"/>
        <w:jc w:val="both"/>
      </w:pPr>
      <w:r>
        <w:t>imienna teczka z nazwiskiem małoletniego. Teczkę zakłada i prowadzi pracownik wyznaczony przez dyrektora poradni.</w:t>
      </w:r>
    </w:p>
    <w:p w14:paraId="67F2B915" w14:textId="3936AF03" w:rsidR="00F93C5D" w:rsidRDefault="00000000" w:rsidP="00166471">
      <w:pPr>
        <w:spacing w:after="60" w:line="240" w:lineRule="auto"/>
        <w:jc w:val="both"/>
      </w:pPr>
      <w:r>
        <w:t>7.</w:t>
      </w:r>
      <w:r w:rsidR="00F97513">
        <w:t xml:space="preserve"> </w:t>
      </w:r>
      <w:r>
        <w:t xml:space="preserve">W </w:t>
      </w:r>
      <w:proofErr w:type="spellStart"/>
      <w:r>
        <w:t>teczce</w:t>
      </w:r>
      <w:proofErr w:type="spellEnd"/>
      <w:r>
        <w:t xml:space="preserve"> </w:t>
      </w:r>
      <w:proofErr w:type="spellStart"/>
      <w:r>
        <w:t>umieszcza</w:t>
      </w:r>
      <w:proofErr w:type="spellEnd"/>
      <w:r>
        <w:t xml:space="preserve"> </w:t>
      </w:r>
      <w:proofErr w:type="spellStart"/>
      <w:r>
        <w:t>się</w:t>
      </w:r>
      <w:proofErr w:type="spellEnd"/>
      <w:r>
        <w:t>:</w:t>
      </w:r>
    </w:p>
    <w:p w14:paraId="65B34447" w14:textId="45865297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Zgłoszenie</w:t>
      </w:r>
      <w:proofErr w:type="spellEnd"/>
      <w:r>
        <w:t xml:space="preserve"> </w:t>
      </w:r>
      <w:proofErr w:type="spellStart"/>
      <w:r>
        <w:t>podejrzenia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zgłoszenie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 xml:space="preserve"> </w:t>
      </w:r>
    </w:p>
    <w:p w14:paraId="294F35FB" w14:textId="27AC05EC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Protokół</w:t>
      </w:r>
      <w:proofErr w:type="spellEnd"/>
      <w:r>
        <w:t xml:space="preserve"> </w:t>
      </w:r>
      <w:proofErr w:type="spellStart"/>
      <w:r>
        <w:t>rozmowy</w:t>
      </w:r>
      <w:proofErr w:type="spellEnd"/>
      <w:r>
        <w:t xml:space="preserve"> ze </w:t>
      </w:r>
      <w:proofErr w:type="spellStart"/>
      <w:r>
        <w:t>zgłaszającym</w:t>
      </w:r>
      <w:proofErr w:type="spellEnd"/>
      <w:r>
        <w:t>, o ile jest możliwym jego sporządzenie.</w:t>
      </w:r>
    </w:p>
    <w:p w14:paraId="5ED69E05" w14:textId="01A662B4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Protokoły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notatki</w:t>
      </w:r>
      <w:proofErr w:type="spellEnd"/>
      <w:r>
        <w:t xml:space="preserve"> z </w:t>
      </w:r>
      <w:proofErr w:type="spellStart"/>
      <w:r>
        <w:t>rozmów</w:t>
      </w:r>
      <w:proofErr w:type="spellEnd"/>
      <w:r>
        <w:t xml:space="preserve"> z </w:t>
      </w:r>
      <w:proofErr w:type="spellStart"/>
      <w:r>
        <w:t>małoletnim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osobą jemu najbliższą lub niekrzywdzącym rodzicem/ opiekunem.</w:t>
      </w:r>
    </w:p>
    <w:p w14:paraId="6A791CBA" w14:textId="1BA3C9C1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Protokół</w:t>
      </w:r>
      <w:proofErr w:type="spellEnd"/>
      <w:r>
        <w:t xml:space="preserve"> z </w:t>
      </w:r>
      <w:proofErr w:type="spellStart"/>
      <w:r>
        <w:t>posiedzenia</w:t>
      </w:r>
      <w:proofErr w:type="spellEnd"/>
      <w:r>
        <w:t xml:space="preserve"> </w:t>
      </w:r>
      <w:proofErr w:type="spellStart"/>
      <w:r>
        <w:t>Zespołu</w:t>
      </w:r>
      <w:proofErr w:type="spellEnd"/>
      <w:r>
        <w:t xml:space="preserve"> </w:t>
      </w:r>
      <w:proofErr w:type="spellStart"/>
      <w:r>
        <w:t>interwencyjnego</w:t>
      </w:r>
      <w:proofErr w:type="spellEnd"/>
      <w:r>
        <w:t xml:space="preserve">, 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został</w:t>
      </w:r>
      <w:proofErr w:type="spellEnd"/>
      <w:r>
        <w:t xml:space="preserve"> on powołany przez dyrektora.</w:t>
      </w:r>
    </w:p>
    <w:p w14:paraId="434FEF86" w14:textId="4171B1A2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Kopię</w:t>
      </w:r>
      <w:proofErr w:type="spellEnd"/>
      <w:r>
        <w:t xml:space="preserve"> „</w:t>
      </w:r>
      <w:proofErr w:type="spellStart"/>
      <w:r>
        <w:t>Niebieskiej</w:t>
      </w:r>
      <w:proofErr w:type="spellEnd"/>
      <w:r>
        <w:t xml:space="preserve"> Karty – A” lub „Niebieskiej Karty – B”, w przypadku, gdy została   wszczęta procedura.</w:t>
      </w:r>
    </w:p>
    <w:p w14:paraId="6CA4CD5B" w14:textId="5BA56D5A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Protokoły</w:t>
      </w:r>
      <w:proofErr w:type="spellEnd"/>
      <w:r>
        <w:t xml:space="preserve"> z </w:t>
      </w:r>
      <w:proofErr w:type="spellStart"/>
      <w:r>
        <w:t>rozmów</w:t>
      </w:r>
      <w:proofErr w:type="spellEnd"/>
      <w:r>
        <w:t xml:space="preserve"> z </w:t>
      </w:r>
      <w:proofErr w:type="spellStart"/>
      <w:r>
        <w:t>osobą</w:t>
      </w:r>
      <w:proofErr w:type="spellEnd"/>
      <w:r>
        <w:t xml:space="preserve"> </w:t>
      </w:r>
      <w:proofErr w:type="spellStart"/>
      <w:r>
        <w:t>krzywdzącą</w:t>
      </w:r>
      <w:proofErr w:type="spellEnd"/>
      <w:r>
        <w:t xml:space="preserve"> – o ile taka będzie przeprowadzana.</w:t>
      </w:r>
    </w:p>
    <w:p w14:paraId="0967088F" w14:textId="45B56DBC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Korespondencję</w:t>
      </w:r>
      <w:proofErr w:type="spellEnd"/>
      <w:r>
        <w:t xml:space="preserve"> </w:t>
      </w:r>
      <w:proofErr w:type="spellStart"/>
      <w:r>
        <w:t>pomiędzy</w:t>
      </w:r>
      <w:proofErr w:type="spellEnd"/>
      <w:r>
        <w:t xml:space="preserve"> np. sądem rodzinnym, Ośrodkiem Pomocy Społecznej              i innymi.</w:t>
      </w:r>
    </w:p>
    <w:p w14:paraId="50C00A06" w14:textId="1024CF40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r>
        <w:t xml:space="preserve">Plan </w:t>
      </w:r>
      <w:proofErr w:type="spellStart"/>
      <w:r>
        <w:t>wspierania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>.</w:t>
      </w:r>
    </w:p>
    <w:p w14:paraId="724D6B3B" w14:textId="0F21B5C7" w:rsidR="00F93C5D" w:rsidRDefault="00000000" w:rsidP="00166471">
      <w:pPr>
        <w:spacing w:after="60" w:line="240" w:lineRule="auto"/>
        <w:jc w:val="both"/>
      </w:pPr>
      <w:r>
        <w:t>8.</w:t>
      </w:r>
      <w:r w:rsidR="00F97513"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ustalania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wsparcia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po </w:t>
      </w:r>
      <w:proofErr w:type="spellStart"/>
      <w:r>
        <w:t>ujawnieniu</w:t>
      </w:r>
      <w:proofErr w:type="spellEnd"/>
      <w:r>
        <w:t xml:space="preserve"> </w:t>
      </w:r>
      <w:proofErr w:type="spellStart"/>
      <w:r>
        <w:t>krzywdzenia</w:t>
      </w:r>
      <w:proofErr w:type="spellEnd"/>
    </w:p>
    <w:p w14:paraId="1F17BB95" w14:textId="77777777" w:rsidR="00F93C5D" w:rsidRDefault="00000000" w:rsidP="00166471">
      <w:pPr>
        <w:spacing w:after="60" w:line="240" w:lineRule="auto"/>
        <w:jc w:val="both"/>
      </w:pPr>
      <w:r>
        <w:lastRenderedPageBreak/>
        <w:t>Plan wsparcia małoletniego po ujawnieniu jego krzywdzenia opracowuje zespół powołany przez dyrektora Poradni. W jego skład mogą wchodzić: dyrektor Poradni, koordynator d.s Standardów ochrony małoletnich, inni pracownicy pedagogiczni - według potrzeb.</w:t>
      </w:r>
    </w:p>
    <w:p w14:paraId="6C84146C" w14:textId="16B2596A" w:rsidR="00F93C5D" w:rsidRDefault="00000000" w:rsidP="00166471">
      <w:pPr>
        <w:spacing w:after="60" w:line="240" w:lineRule="auto"/>
        <w:jc w:val="both"/>
      </w:pPr>
      <w:r>
        <w:t>9.</w:t>
      </w:r>
      <w:r w:rsidR="00F97513">
        <w:t xml:space="preserve">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 xml:space="preserve"> „Plan </w:t>
      </w:r>
      <w:proofErr w:type="spellStart"/>
      <w:r>
        <w:t>wsparcia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po </w:t>
      </w:r>
      <w:proofErr w:type="spellStart"/>
      <w:r>
        <w:t>ujawnieniu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>”</w:t>
      </w:r>
    </w:p>
    <w:p w14:paraId="22107683" w14:textId="1BB9A5D2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>,</w:t>
      </w:r>
    </w:p>
    <w:p w14:paraId="6C9F3C0E" w14:textId="76E65FFA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Imiona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nazwiska</w:t>
      </w:r>
      <w:proofErr w:type="spellEnd"/>
      <w:r>
        <w:t xml:space="preserve"> </w:t>
      </w:r>
      <w:proofErr w:type="spellStart"/>
      <w:r>
        <w:t>członków</w:t>
      </w:r>
      <w:proofErr w:type="spellEnd"/>
      <w:r>
        <w:t xml:space="preserve"> </w:t>
      </w:r>
      <w:proofErr w:type="spellStart"/>
      <w:r>
        <w:t>zespołu</w:t>
      </w:r>
      <w:proofErr w:type="spellEnd"/>
      <w:r>
        <w:t xml:space="preserve"> </w:t>
      </w:r>
      <w:proofErr w:type="spellStart"/>
      <w:r>
        <w:t>sporządzającego</w:t>
      </w:r>
      <w:proofErr w:type="spellEnd"/>
      <w:r>
        <w:t xml:space="preserve"> plan </w:t>
      </w:r>
      <w:proofErr w:type="spellStart"/>
      <w:r>
        <w:t>wsparcia</w:t>
      </w:r>
      <w:proofErr w:type="spellEnd"/>
    </w:p>
    <w:p w14:paraId="33CFD554" w14:textId="479266A3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Diagnoza</w:t>
      </w:r>
      <w:proofErr w:type="spellEnd"/>
      <w:r>
        <w:t xml:space="preserve"> </w:t>
      </w:r>
      <w:proofErr w:type="spellStart"/>
      <w:r>
        <w:t>sytuacji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 xml:space="preserve"> po </w:t>
      </w:r>
      <w:proofErr w:type="spellStart"/>
      <w:r>
        <w:t>ujawnieniu</w:t>
      </w:r>
      <w:proofErr w:type="spellEnd"/>
      <w:r>
        <w:t xml:space="preserve"> </w:t>
      </w:r>
      <w:proofErr w:type="spellStart"/>
      <w:r>
        <w:t>krzywdzenia</w:t>
      </w:r>
      <w:proofErr w:type="spellEnd"/>
      <w:r>
        <w:t>,</w:t>
      </w:r>
    </w:p>
    <w:p w14:paraId="4737D540" w14:textId="61808A76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r>
        <w:t xml:space="preserve">Cel </w:t>
      </w:r>
      <w:proofErr w:type="spellStart"/>
      <w:r>
        <w:t>wsparcia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>,</w:t>
      </w:r>
    </w:p>
    <w:p w14:paraId="43FCDB01" w14:textId="6C7EF6E6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Identyfikacja</w:t>
      </w:r>
      <w:proofErr w:type="spellEnd"/>
      <w:r>
        <w:t xml:space="preserve"> </w:t>
      </w:r>
      <w:proofErr w:type="spellStart"/>
      <w:r>
        <w:t>zasobów</w:t>
      </w:r>
      <w:proofErr w:type="spellEnd"/>
      <w:r>
        <w:t xml:space="preserve"> </w:t>
      </w:r>
      <w:proofErr w:type="spellStart"/>
      <w:r>
        <w:t>wewnętrznych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źródeł</w:t>
      </w:r>
      <w:proofErr w:type="spellEnd"/>
      <w:r>
        <w:t xml:space="preserve"> </w:t>
      </w:r>
      <w:proofErr w:type="spellStart"/>
      <w:r>
        <w:t>zewnętrznych</w:t>
      </w:r>
      <w:proofErr w:type="spellEnd"/>
      <w:r>
        <w:t xml:space="preserve"> </w:t>
      </w:r>
      <w:proofErr w:type="spellStart"/>
      <w:r>
        <w:t>wsparcia</w:t>
      </w:r>
      <w:proofErr w:type="spellEnd"/>
    </w:p>
    <w:p w14:paraId="566A9EA3" w14:textId="77777777" w:rsidR="00F93C5D" w:rsidRDefault="00000000" w:rsidP="00166471">
      <w:pPr>
        <w:spacing w:after="60" w:line="240" w:lineRule="auto"/>
        <w:jc w:val="both"/>
      </w:pPr>
      <w:r>
        <w:t xml:space="preserve">      dziecka - ofiary krzywdzenia,</w:t>
      </w:r>
    </w:p>
    <w:p w14:paraId="5354B4EC" w14:textId="7ABB981A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Zakres</w:t>
      </w:r>
      <w:proofErr w:type="spellEnd"/>
      <w:r>
        <w:t xml:space="preserve"> </w:t>
      </w:r>
      <w:proofErr w:type="spellStart"/>
      <w:r>
        <w:t>współdziałania</w:t>
      </w:r>
      <w:proofErr w:type="spellEnd"/>
      <w:r>
        <w:t xml:space="preserve"> </w:t>
      </w:r>
      <w:proofErr w:type="spellStart"/>
      <w:r>
        <w:t>poradni</w:t>
      </w:r>
      <w:proofErr w:type="spellEnd"/>
      <w:r>
        <w:t xml:space="preserve"> z </w:t>
      </w:r>
      <w:proofErr w:type="spellStart"/>
      <w:r>
        <w:t>podmiotami</w:t>
      </w:r>
      <w:proofErr w:type="spellEnd"/>
      <w:r>
        <w:t xml:space="preserve"> </w:t>
      </w:r>
      <w:proofErr w:type="spellStart"/>
      <w:r>
        <w:t>zewnętrznymi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rzecz</w:t>
      </w:r>
      <w:proofErr w:type="spellEnd"/>
      <w:r>
        <w:t xml:space="preserve"> wsparcia</w:t>
      </w:r>
    </w:p>
    <w:p w14:paraId="73AD962D" w14:textId="77777777" w:rsidR="00F93C5D" w:rsidRDefault="00000000" w:rsidP="00166471">
      <w:pPr>
        <w:spacing w:after="60" w:line="240" w:lineRule="auto"/>
        <w:jc w:val="both"/>
      </w:pPr>
      <w:r>
        <w:t xml:space="preserve">      małoletniego,</w:t>
      </w:r>
    </w:p>
    <w:p w14:paraId="65673162" w14:textId="35F1A4AD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Formy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metody</w:t>
      </w:r>
      <w:proofErr w:type="spellEnd"/>
      <w:r>
        <w:t xml:space="preserve"> </w:t>
      </w:r>
      <w:proofErr w:type="spellStart"/>
      <w:r>
        <w:t>wsparcia</w:t>
      </w:r>
      <w:proofErr w:type="spellEnd"/>
      <w:r>
        <w:t xml:space="preserve"> </w:t>
      </w:r>
      <w:proofErr w:type="spellStart"/>
      <w:r>
        <w:t>małoletniego</w:t>
      </w:r>
      <w:proofErr w:type="spellEnd"/>
      <w:r>
        <w:t>,</w:t>
      </w:r>
    </w:p>
    <w:p w14:paraId="42DE7250" w14:textId="56B100A2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Ocena</w:t>
      </w:r>
      <w:proofErr w:type="spellEnd"/>
      <w:r>
        <w:t xml:space="preserve"> </w:t>
      </w:r>
      <w:proofErr w:type="spellStart"/>
      <w:r>
        <w:t>efektywności</w:t>
      </w:r>
      <w:proofErr w:type="spellEnd"/>
      <w:r>
        <w:t xml:space="preserve"> </w:t>
      </w:r>
      <w:proofErr w:type="spellStart"/>
      <w:r>
        <w:t>wsparcia</w:t>
      </w:r>
      <w:proofErr w:type="spellEnd"/>
      <w:r>
        <w:t xml:space="preserve"> </w:t>
      </w:r>
      <w:proofErr w:type="spellStart"/>
      <w:r>
        <w:t>udzielonego</w:t>
      </w:r>
      <w:proofErr w:type="spellEnd"/>
      <w:r>
        <w:t xml:space="preserve"> </w:t>
      </w:r>
      <w:proofErr w:type="spellStart"/>
      <w:r>
        <w:t>małoletniemu</w:t>
      </w:r>
      <w:proofErr w:type="spellEnd"/>
      <w:r>
        <w:t>.</w:t>
      </w:r>
    </w:p>
    <w:p w14:paraId="6AD44E9C" w14:textId="3B56B5B4" w:rsidR="00F93C5D" w:rsidRDefault="00000000" w:rsidP="00166471">
      <w:pPr>
        <w:spacing w:after="60" w:line="240" w:lineRule="auto"/>
        <w:jc w:val="both"/>
      </w:pPr>
      <w:r>
        <w:t>10.</w:t>
      </w:r>
      <w:r w:rsidR="00F97513">
        <w:t xml:space="preserve"> </w:t>
      </w:r>
      <w:proofErr w:type="spellStart"/>
      <w:r>
        <w:t>Udostępnianie</w:t>
      </w:r>
      <w:proofErr w:type="spellEnd"/>
      <w:r>
        <w:t xml:space="preserve"> „</w:t>
      </w:r>
      <w:proofErr w:type="spellStart"/>
      <w:r>
        <w:t>Standardów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>”</w:t>
      </w:r>
    </w:p>
    <w:p w14:paraId="6DD8B7EC" w14:textId="04D42CCB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r>
        <w:t xml:space="preserve">W </w:t>
      </w:r>
      <w:proofErr w:type="spellStart"/>
      <w:r>
        <w:t>Poradni</w:t>
      </w:r>
      <w:proofErr w:type="spellEnd"/>
      <w:r>
        <w:t xml:space="preserve"> </w:t>
      </w:r>
      <w:proofErr w:type="spellStart"/>
      <w:r>
        <w:t>opracowane</w:t>
      </w:r>
      <w:proofErr w:type="spellEnd"/>
      <w:r>
        <w:t xml:space="preserve"> </w:t>
      </w:r>
      <w:proofErr w:type="spellStart"/>
      <w:r>
        <w:t>zostały</w:t>
      </w:r>
      <w:proofErr w:type="spellEnd"/>
      <w:r>
        <w:t xml:space="preserve"> </w:t>
      </w:r>
      <w:proofErr w:type="spellStart"/>
      <w:r>
        <w:t>dwie</w:t>
      </w:r>
      <w:proofErr w:type="spellEnd"/>
      <w:r>
        <w:t xml:space="preserve"> wersje dokumentu „Standardów ochrony małoletnich:</w:t>
      </w:r>
    </w:p>
    <w:p w14:paraId="2E14BF50" w14:textId="77777777" w:rsidR="00F93C5D" w:rsidRDefault="00000000" w:rsidP="00166471">
      <w:pPr>
        <w:spacing w:after="60" w:line="240" w:lineRule="auto"/>
        <w:jc w:val="both"/>
      </w:pPr>
      <w:r>
        <w:t>- Wersja „zupełna”, inaczej kompletna,</w:t>
      </w:r>
    </w:p>
    <w:p w14:paraId="6CFC2D29" w14:textId="77777777" w:rsidR="00F93C5D" w:rsidRDefault="00000000" w:rsidP="00166471">
      <w:pPr>
        <w:spacing w:after="60" w:line="240" w:lineRule="auto"/>
        <w:jc w:val="both"/>
      </w:pPr>
      <w:r>
        <w:t>- Wersja „skrócona” – przeznaczona dla małoletnich.</w:t>
      </w:r>
    </w:p>
    <w:p w14:paraId="215D7A94" w14:textId="252F7714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Wersja</w:t>
      </w:r>
      <w:proofErr w:type="spellEnd"/>
      <w:r>
        <w:t xml:space="preserve"> „</w:t>
      </w:r>
      <w:proofErr w:type="spellStart"/>
      <w:r>
        <w:t>zupełna</w:t>
      </w:r>
      <w:proofErr w:type="spellEnd"/>
      <w:r>
        <w:t xml:space="preserve">” jest </w:t>
      </w:r>
      <w:proofErr w:type="spellStart"/>
      <w:r>
        <w:t>dostępna</w:t>
      </w:r>
      <w:proofErr w:type="spellEnd"/>
      <w:r>
        <w:t xml:space="preserve"> w sekretariacie poradni i u wicedyrektora poradni         w formie wydruku. Wgląd w wersję „zupełną” mają: wszyscy pracownicy, rodzice, zewnętrzne podmioty uprawnione do kontroli.</w:t>
      </w:r>
    </w:p>
    <w:p w14:paraId="1A343CD6" w14:textId="4B1D7B8C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Wersja</w:t>
      </w:r>
      <w:proofErr w:type="spellEnd"/>
      <w:r>
        <w:t xml:space="preserve"> „</w:t>
      </w:r>
      <w:proofErr w:type="spellStart"/>
      <w:r>
        <w:t>zupełna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„</w:t>
      </w:r>
      <w:proofErr w:type="spellStart"/>
      <w:r>
        <w:t>skrócona</w:t>
      </w:r>
      <w:proofErr w:type="spellEnd"/>
      <w:r>
        <w:t>” jest ogólnie dostępna ze względu na jej opublikowanie na stronie internetowej poradni.</w:t>
      </w:r>
    </w:p>
    <w:p w14:paraId="610E92A4" w14:textId="00230D17" w:rsidR="00F93C5D" w:rsidRDefault="00000000" w:rsidP="00166471">
      <w:pPr>
        <w:spacing w:after="60" w:line="240" w:lineRule="auto"/>
        <w:jc w:val="both"/>
      </w:pPr>
      <w:r>
        <w:t>11.</w:t>
      </w:r>
      <w:r w:rsidR="00F97513"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przeglądu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aktualizacji</w:t>
      </w:r>
      <w:proofErr w:type="spellEnd"/>
      <w:r>
        <w:t xml:space="preserve"> </w:t>
      </w:r>
      <w:proofErr w:type="spellStart"/>
      <w:r>
        <w:t>standardów</w:t>
      </w:r>
      <w:proofErr w:type="spellEnd"/>
    </w:p>
    <w:p w14:paraId="071C8090" w14:textId="77777777" w:rsidR="00F93C5D" w:rsidRDefault="00000000" w:rsidP="00166471">
      <w:pPr>
        <w:spacing w:after="60" w:line="240" w:lineRule="auto"/>
        <w:jc w:val="both"/>
      </w:pPr>
      <w:r>
        <w:t>a) Dyrektor poradni dokonuje oceny stopnia znajomości i poprawności stosowania „Standardów ochrony małoletnich” na bieżąco, w ramach sprawowanego nadzoru pedagogicznego.</w:t>
      </w:r>
    </w:p>
    <w:p w14:paraId="6B7CC5C3" w14:textId="77777777" w:rsidR="00F93C5D" w:rsidRDefault="00000000" w:rsidP="00166471">
      <w:pPr>
        <w:spacing w:after="60" w:line="240" w:lineRule="auto"/>
        <w:jc w:val="both"/>
      </w:pPr>
      <w:r>
        <w:t>b) W przypadku zmian prawa, wymagającego ich wdrożenia w dokumencie nowelizacje są</w:t>
      </w:r>
    </w:p>
    <w:p w14:paraId="2CBBC58C" w14:textId="77777777" w:rsidR="00F93C5D" w:rsidRDefault="00000000" w:rsidP="00166471">
      <w:pPr>
        <w:spacing w:after="60" w:line="240" w:lineRule="auto"/>
        <w:jc w:val="both"/>
      </w:pPr>
      <w:r>
        <w:t>wprowadzane na tych samych zasadach, które obowiązywały przy wdrożeniu dokumentu.</w:t>
      </w:r>
    </w:p>
    <w:p w14:paraId="3A966181" w14:textId="77777777" w:rsidR="00F93C5D" w:rsidRDefault="00000000" w:rsidP="00166471">
      <w:pPr>
        <w:spacing w:after="60" w:line="240" w:lineRule="auto"/>
        <w:jc w:val="both"/>
      </w:pPr>
      <w:r>
        <w:t>c) W celu oceny funkcjonalności i przydatności dokumentu w poradni prowadzone są ewaluacje typu:</w:t>
      </w:r>
    </w:p>
    <w:p w14:paraId="36275CF1" w14:textId="03C90D04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r>
        <w:t xml:space="preserve">in-term (w </w:t>
      </w:r>
      <w:proofErr w:type="spellStart"/>
      <w:r>
        <w:t>trakcie</w:t>
      </w:r>
      <w:proofErr w:type="spellEnd"/>
      <w:r>
        <w:t xml:space="preserve"> </w:t>
      </w:r>
      <w:proofErr w:type="spellStart"/>
      <w:r>
        <w:t>posługiwania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stosowania opracowania),</w:t>
      </w:r>
    </w:p>
    <w:p w14:paraId="1F25638B" w14:textId="00A7C552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r>
        <w:t xml:space="preserve">ex- post (po </w:t>
      </w:r>
      <w:proofErr w:type="spellStart"/>
      <w:r>
        <w:t>upływie</w:t>
      </w:r>
      <w:proofErr w:type="spellEnd"/>
      <w:r>
        <w:t xml:space="preserve"> </w:t>
      </w:r>
      <w:proofErr w:type="spellStart"/>
      <w:r>
        <w:t>dwóch</w:t>
      </w:r>
      <w:proofErr w:type="spellEnd"/>
      <w:r>
        <w:t xml:space="preserve"> </w:t>
      </w:r>
      <w:proofErr w:type="spellStart"/>
      <w:r>
        <w:t>lat</w:t>
      </w:r>
      <w:proofErr w:type="spellEnd"/>
      <w:r>
        <w:t xml:space="preserve"> od daty wdrożenia).</w:t>
      </w:r>
    </w:p>
    <w:p w14:paraId="786884BD" w14:textId="0453B356" w:rsidR="00F93C5D" w:rsidRDefault="00000000" w:rsidP="00166471">
      <w:pPr>
        <w:spacing w:after="60" w:line="240" w:lineRule="auto"/>
        <w:jc w:val="both"/>
      </w:pPr>
      <w:r>
        <w:t>d)</w:t>
      </w:r>
      <w:r w:rsidR="00F97513">
        <w:t xml:space="preserve"> </w:t>
      </w:r>
      <w:proofErr w:type="spellStart"/>
      <w:r>
        <w:t>Ewaluację</w:t>
      </w:r>
      <w:proofErr w:type="spellEnd"/>
      <w:r>
        <w:t xml:space="preserve"> </w:t>
      </w:r>
      <w:proofErr w:type="spellStart"/>
      <w:r>
        <w:t>przeprowadza</w:t>
      </w:r>
      <w:proofErr w:type="spellEnd"/>
      <w:r>
        <w:t xml:space="preserve"> </w:t>
      </w:r>
      <w:proofErr w:type="spellStart"/>
      <w:r>
        <w:t>koordynator</w:t>
      </w:r>
      <w:proofErr w:type="spellEnd"/>
      <w:r>
        <w:t xml:space="preserve"> d/s „</w:t>
      </w:r>
      <w:proofErr w:type="spellStart"/>
      <w:r>
        <w:t>Standardów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małoletnich</w:t>
      </w:r>
      <w:proofErr w:type="spellEnd"/>
      <w:r>
        <w:t>” z użyciem technik:</w:t>
      </w:r>
    </w:p>
    <w:p w14:paraId="5CB93E2B" w14:textId="7E26270C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analizy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>,</w:t>
      </w:r>
    </w:p>
    <w:p w14:paraId="4992ED09" w14:textId="6F56BA68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wywiadów</w:t>
      </w:r>
      <w:proofErr w:type="spellEnd"/>
      <w:r>
        <w:t xml:space="preserve"> z </w:t>
      </w:r>
      <w:proofErr w:type="spellStart"/>
      <w:r>
        <w:t>rodzicami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pracownikami</w:t>
      </w:r>
      <w:proofErr w:type="spellEnd"/>
      <w:r>
        <w:t xml:space="preserve"> </w:t>
      </w:r>
      <w:proofErr w:type="spellStart"/>
      <w:r>
        <w:t>poradni</w:t>
      </w:r>
      <w:proofErr w:type="spellEnd"/>
      <w:r>
        <w:t>,</w:t>
      </w:r>
    </w:p>
    <w:p w14:paraId="249C3DF3" w14:textId="66A793B5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sondażu</w:t>
      </w:r>
      <w:proofErr w:type="spellEnd"/>
      <w:r>
        <w:t xml:space="preserve">, z </w:t>
      </w:r>
      <w:proofErr w:type="spellStart"/>
      <w:r>
        <w:t>użyciem</w:t>
      </w:r>
      <w:proofErr w:type="spellEnd"/>
      <w:r>
        <w:t xml:space="preserve"> </w:t>
      </w:r>
      <w:proofErr w:type="spellStart"/>
      <w:r>
        <w:t>ankiety</w:t>
      </w:r>
      <w:proofErr w:type="spellEnd"/>
      <w:r>
        <w:t xml:space="preserve"> </w:t>
      </w:r>
      <w:proofErr w:type="spellStart"/>
      <w:r>
        <w:t>anonimowej</w:t>
      </w:r>
      <w:proofErr w:type="spellEnd"/>
      <w:r>
        <w:t>,</w:t>
      </w:r>
    </w:p>
    <w:p w14:paraId="1901584A" w14:textId="6B7836AC" w:rsidR="00F93C5D" w:rsidRDefault="00000000" w:rsidP="00166471">
      <w:pPr>
        <w:spacing w:after="60" w:line="240" w:lineRule="auto"/>
        <w:jc w:val="both"/>
      </w:pPr>
      <w:r>
        <w:t>•</w:t>
      </w:r>
      <w:r w:rsidR="00F97513">
        <w:t xml:space="preserve"> </w:t>
      </w:r>
      <w:proofErr w:type="spellStart"/>
      <w:r>
        <w:t>dyskusji</w:t>
      </w:r>
      <w:proofErr w:type="spellEnd"/>
      <w:r>
        <w:t xml:space="preserve"> </w:t>
      </w:r>
      <w:proofErr w:type="spellStart"/>
      <w:r>
        <w:t>grupowej</w:t>
      </w:r>
      <w:proofErr w:type="spellEnd"/>
      <w:r>
        <w:t xml:space="preserve"> w </w:t>
      </w:r>
      <w:proofErr w:type="spellStart"/>
      <w:r>
        <w:t>zespołach</w:t>
      </w:r>
      <w:proofErr w:type="spellEnd"/>
      <w:r>
        <w:t xml:space="preserve"> </w:t>
      </w:r>
      <w:proofErr w:type="spellStart"/>
      <w:r>
        <w:t>psychologów</w:t>
      </w:r>
      <w:proofErr w:type="spellEnd"/>
      <w:r>
        <w:t>/</w:t>
      </w:r>
      <w:proofErr w:type="spellStart"/>
      <w:r>
        <w:t>pedagogów</w:t>
      </w:r>
      <w:proofErr w:type="spellEnd"/>
      <w:r>
        <w:t>.</w:t>
      </w:r>
    </w:p>
    <w:p w14:paraId="63A4CD85" w14:textId="77777777" w:rsidR="00F93C5D" w:rsidRDefault="00000000" w:rsidP="00166471">
      <w:pPr>
        <w:spacing w:after="60" w:line="240" w:lineRule="auto"/>
        <w:jc w:val="both"/>
      </w:pPr>
      <w:r>
        <w:t>e) Raport z ewaluacji wraz z wnioskami i rekomendacjami koordynator d/s „Standardów ochrony małoletnich” przedstawia Radzie Pedagogicznej</w:t>
      </w:r>
    </w:p>
    <w:sectPr w:rsidR="00F93C5D" w:rsidSect="00034616">
      <w:pgSz w:w="12240" w:h="15840"/>
      <w:pgMar w:top="1120" w:right="1360" w:bottom="1120" w:left="1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B47490E"/>
    <w:multiLevelType w:val="hybridMultilevel"/>
    <w:tmpl w:val="9F201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1F7644"/>
    <w:multiLevelType w:val="hybridMultilevel"/>
    <w:tmpl w:val="FC84F7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649776">
    <w:abstractNumId w:val="8"/>
  </w:num>
  <w:num w:numId="2" w16cid:durableId="2039617901">
    <w:abstractNumId w:val="6"/>
  </w:num>
  <w:num w:numId="3" w16cid:durableId="903373378">
    <w:abstractNumId w:val="5"/>
  </w:num>
  <w:num w:numId="4" w16cid:durableId="1597207991">
    <w:abstractNumId w:val="4"/>
  </w:num>
  <w:num w:numId="5" w16cid:durableId="1504392293">
    <w:abstractNumId w:val="7"/>
  </w:num>
  <w:num w:numId="6" w16cid:durableId="1495533613">
    <w:abstractNumId w:val="3"/>
  </w:num>
  <w:num w:numId="7" w16cid:durableId="1010643393">
    <w:abstractNumId w:val="2"/>
  </w:num>
  <w:num w:numId="8" w16cid:durableId="1936134433">
    <w:abstractNumId w:val="1"/>
  </w:num>
  <w:num w:numId="9" w16cid:durableId="1831628967">
    <w:abstractNumId w:val="0"/>
  </w:num>
  <w:num w:numId="10" w16cid:durableId="97877096">
    <w:abstractNumId w:val="9"/>
  </w:num>
  <w:num w:numId="11" w16cid:durableId="19754842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273"/>
    <w:rsid w:val="000B3AD1"/>
    <w:rsid w:val="0015074B"/>
    <w:rsid w:val="00166471"/>
    <w:rsid w:val="00233BE0"/>
    <w:rsid w:val="002705F4"/>
    <w:rsid w:val="002814BF"/>
    <w:rsid w:val="0029639D"/>
    <w:rsid w:val="00326F90"/>
    <w:rsid w:val="003514CE"/>
    <w:rsid w:val="00382F2E"/>
    <w:rsid w:val="00403C82"/>
    <w:rsid w:val="005375F0"/>
    <w:rsid w:val="005A10A9"/>
    <w:rsid w:val="00622311"/>
    <w:rsid w:val="00680852"/>
    <w:rsid w:val="00731476"/>
    <w:rsid w:val="0086685B"/>
    <w:rsid w:val="00A41225"/>
    <w:rsid w:val="00A82DE0"/>
    <w:rsid w:val="00AA1D8D"/>
    <w:rsid w:val="00B47730"/>
    <w:rsid w:val="00BE2622"/>
    <w:rsid w:val="00C36C44"/>
    <w:rsid w:val="00CB0664"/>
    <w:rsid w:val="00F67633"/>
    <w:rsid w:val="00F93C5D"/>
    <w:rsid w:val="00F975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49A3F"/>
  <w14:defaultImageDpi w14:val="300"/>
  <w15:docId w15:val="{77DB94FC-EC51-4AF6-A692-4515AFBC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7716</Words>
  <Characters>46297</Characters>
  <Application>Microsoft Office Word</Application>
  <DocSecurity>0</DocSecurity>
  <Lines>385</Lines>
  <Paragraphs>107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53906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Marcin Cieplinski</cp:lastModifiedBy>
  <cp:revision>8</cp:revision>
  <dcterms:created xsi:type="dcterms:W3CDTF">2026-10-15T21:21:00Z</dcterms:created>
  <dcterms:modified xsi:type="dcterms:W3CDTF">2026-10-15T21:27:00Z</dcterms:modified>
  <cp:category/>
</cp:coreProperties>
</file>